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饮料行业资讯周报（内部测试版）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2026年10月9日16:30至10月16日16:30（北京时间）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一、法规标准与标签宣称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配方合规与标签承诺需同时核验，尤其应把原料带入、成品检验和宣称依据相互对应。本案不能改写为山梨酸超限；1940批次和52批次为全部食品抽检结果，不能据此计算饮料行业不合格率。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二、质量安全与检测预警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蛋白类固体饮料应复核原料波动、配料均匀性和成品检测，并把产品标准要求与标签标示对应起来。本次蛋白质指标不合格不能扩展为该企业全部产品不合格，也不等同于微生物或有害物污染。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三、原料配方与产品研发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四、加工工艺、装备与包装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饮水容器及可重复使用包装的采购验收可结合材质、接触介质、温度及使用条件核对迁移试验适用性。5 mg/kg按通报本案字段引用，不据此推定为所有国家或所有食品接触材料统一法定限值。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五、市场消费、企业与供应链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六、资源效率、绿色制造与技术交流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企业可据自身工序计量和能效管理短板评估培训适用性，并将外部交流转为可验证的改进方案。协会培训通知不等同于新增强制培训义务，课程列举的技术也不代表参训企业已经实现相应节能绩效。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装备、包装及原料企业可据需求形成对接清单，采购方应重点验证设备卫生设计、产品适配性及性能数据。主办方招展进度不等于设备成交或行业需求的独立统计，本刊不据宣传口径推算市场规模。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本期聚焦饮料配方与标签一致性、蛋白固体饮料质量、饮水接触容器风险，以及用水用能和产业链技术交流。收录5条经原始资料核验的窗口内资讯；活动安排与信息公开日期分别列示。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一、法规标准与标签宣称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饮料抽检提示：符合国标限量仍需符合标签承诺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全国｜10月12日公开，通报成文于10月11日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市场监管总局10月12日公开的监督抽检通报涉及1940批次食品样品，其中52批次不合格。通报列明，一款金银花炖雪梨饮料的山梨酸及其钾盐（以山梨酸计）检验值符合食品安全国家标准规定，但不符合产品标签标示要求。有关地方市场监管部门已组织开展核查处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市场监管总局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二、质量安全与检测预警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上海通报一批调味粉蛋白固体饮料蛋白质不合格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上海｜10月15日公开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上海市市场监管局第27期食品安全抽检共涉及1865批次，其中7批次不合格。饮料不合格附件列示，标称上海潜润食品有限公司生产的“调味粉蛋白固体饮料”（800克/袋），蛋白质检验结果为0.63%，标准值为不低于0.7%。公告明确，所列信息仅对应相应产品批次及所检项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上海市市场监督管理局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四、加工工艺、装备与包装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RASFF通报铝制饮水瓶铝迁移问题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欧盟｜10月15日验证通报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经核验的RASFF原始详情显示，通报2026.9151由法国提交，涉及西班牙来源的800 mL铝制饮水瓶。通报列示铝迁移量15.3 mg/kg、本案记录的最大值5 mg/kg，风险判定为非严重（not serious），措施为市场撤回。该事件属于食品接触材料风险，不能表述为饮料本身铝含量超标。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 Window（已核验共享快照）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六、资源效率、绿色制造与技术交流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饮料协会发布用水用能与节能管理培训通知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中国｜10月10日公开，活动拟于11月19日至21日举办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中国饮料工业协会10月10日发布通知，拟于11月19日至21日在苏州举办饮料行业用水用能与节能管理培训，报名截止日期为10月25日。通知课程涉及用水及能耗控制、统计与计算、压缩空气和泵系统节能，并安排企业案例及工厂交流。通知文件落款为10月9日，本刊按官网公开日期收录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中国饮料工业协会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CBST2027更新筹备进展与产业链供需对接安排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中国｜10月13日公开，展会计划为2027年4月20日至22日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中国饮料工业协会10月13日更新CBST2027筹备进展：展会计划于2027年4月20日至22日在上海举办，官网、参展商手册及饮料产业链供需对接平台已更新，参展报名和参观登记已开放。本条新增信息为本周筹备和对接服务进展，并非展会日期首次公布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中国饮料工业协会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编制日期：2026年10月18日。资讯窗口为北京时间2026年10月9日16:30之后至10月16日16:30（左开右闭），按原始公开或通报验证日期收录，统计及活动期间另列。部分来源访问或覆盖受限，本刊不代表全面穷尽；空缺栏目不以旧闻补足。RASFF条目基于已校验共享快照及逐案原始详情，不代表完成本期所有相关通报审查。事实与业务关注分开列示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饮料行业资讯周报（内部测试版）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TrueTypeFonts w:val="false"/>
  <w:embedSystem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samr.gov.cn/zw/zfxxgk/fdzdgknr/spcjs/art/2026/art_5b7200efca0644f593c3fd6659b20a22.html" TargetMode="External"/><Relationship Id="rIdNewsletterSource2" Type="http://schemas.openxmlformats.org/officeDocument/2006/relationships/hyperlink" Target="https://scjgj.sh.gov.cn/922/20261015/2c984ad6a1202ab601a13d30c79f5a8c.html" TargetMode="External"/><Relationship Id="rIdNewsletterSource3" Type="http://schemas.openxmlformats.org/officeDocument/2006/relationships/hyperlink" Target="https://webgate.ec.europa.eu/rasff-window/screen/notification/876607" TargetMode="External"/><Relationship Id="rIdNewsletterSource4" Type="http://schemas.openxmlformats.org/officeDocument/2006/relationships/hyperlink" Target="https://www.chinabeverage.org/article/id/11868" TargetMode="External"/><Relationship Id="rIdNewsletterSource5" Type="http://schemas.openxmlformats.org/officeDocument/2006/relationships/hyperlink" Target="https://www.chinabeverage.org/article/id/118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饮料行业资讯周报（内部测试版）</dc:title>
  <dc:subject>2026年10月9日16:30至10月16日16:30（北京时间）</dc:subject>
  <dc:creator/>
  <cp:keywords/>
  <dc:description/>
  <cp:lastModifiedBy/>
  <cp:revision>1</cp:revision>
  <dcterms:created xsi:type="dcterms:W3CDTF">2026-10-18T02:27:58Z</dcterms:created>
  <dcterms:modified xsi:type="dcterms:W3CDTF">2026-10-18T02:27:58Z</dcterms:modified>
  <cp:category/>
</cp:coreProperties>
</file>