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饮料行业资讯周报（内部测试版）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2026年10月23日16:30至10月30日16:30（北京时间）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一、法规标准与标签宣称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原料准入与污染物检测需分别核验。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二、质量安全与检测预警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先核实原始检测记录，不据冲突字段计算超标倍数。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三、原料配方与产品研发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四、加工工艺、装备与包装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五、市场消费、企业与供应链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企业季度销量与收入指标不可混用。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新品平台为研发线索，财务改善不等于已盈利。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六、资源效率、绿色制造与技术交流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本期覆盖2026年10月23日16:30之后至10月30日16:30（含），实际编制日期为10月31日。选取4条，关注植物茶准入、农残数据核验和饮料企业经营分化；原料研发、加工包装及资源效率栏未核得合格新增，不以旧闻补位。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一、法规标准与标签宣称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含未授权植物成分的俄罗斯茶被边境拒绝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欧盟｜公开日期：2026-10-26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RASFF通报2026.9506于10月26日公开验证，涉及俄罗斯原产茶中未经授权的新食品成分。原文列出五种植物成分，包括Rhodiola rosea，具体名录见原始通报；通报类型为边境拒绝，风险决定为potential risk，产品尚未投放市场，拉脱维亚采取销毁措施。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植物茶和复合饮品出口前，应按物种、使用部位、加工方式和具体用途逐项核对目标市场食品准入证据，再安排污染物、农残及微生物检测。检测合格不能替代原料合法性审核；本通报也不能外推为这些植物在所有用途或所有市场一律禁止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欧盟RASFF原始通报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二、质量安全与检测预警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俄罗斯调味红茶农残通报：数值字段存在差异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欧盟｜公开日期：2026-10-27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RASFF通报2026.9536于10月27日公开验证，涉及俄罗斯原产调味红茶中的tolfenpyrad（唑虫酰胺）。记录为需跟进的信息通报，边境检查时货物已放行，产品分销至其他成员国，风险决定为potential risk；拉脱维亚采取通知主管机构措施。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原始通报标题及结果说明记载0.061±0.031 mg/kg，另一数值字段记为0.030 mg/kg，记录限值为0.01 mg/kg。本刊保留该差异，不选择其中一个结果推算超标倍数。茶及茶提取物采购可据此复核相关农残筛查、定量能力和批次追溯；具体判定须核实检测报告、测量不确定度及主管机构结论。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欧盟RASFF原始通报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五、市场消费、企业与供应链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可口可乐三季度销量增长5%，品类表现分化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国际企业｜公开日期：2026-10-27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可口可乐10月27日披露，截至10月2日的第三季度全球单位箱销量增长5%，净收入和有机收入均增长7%。无糖可口可乐销量增长16%，水增长8%，运动饮料下降3%，咖啡及茶销量均持平；果汁、增值乳品及植物基饮料组合整体持平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这些结果反映公司及其品牌组合的经营情况，不代表相应品类全市场同步增长。有机收入为非GAAP指标，销量、价格及组合影响应分别理解。饮料企业可将渠道动销与无糖配方、口味稳定性、咖啡因及标签管理需求对照，不宜用单一品牌增长替代消费趋势验证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可口可乐公司原始披露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Oatly营收增长，大中华区与全球表现分化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国际企业｜公开日期：2026-10-28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Oatly于10月28日披露第三季度营收2.431亿美元，同比增长9.1%，按固定汇率计算增长8.9%；售出成品量增长4.2%至1.569亿升。大中华区收入约3200万美元，同比下降14.6%，按固定汇率计算下降19.3%，公司将主要原因归于餐饮服务渠道竞争；全球归母净亏损为2750万美元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公司同时宣布推出Fiber饮料平台，并因燃料和运输成本压力将全年调整后EBITDA预期由2500万—3500万美元下调至1600万—2000万美元。以上为企业披露及前瞻预期，不是兑现结果。植物基饮料开发可关注纤维含量、分散稳定性、口感和货架期验证，营养及健康表述仍须按销售地规则及实际配方核验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Oatly投资者关系原文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供内部技术研判。32个计划来源均保留处置记录，部分访问失败或仅完成有限页面核验，不代表穷尽覆盖。卫健委两个定向栏目分别核到窗口下界；RASFF采用已核散列的共享官方快照及原始通报。企业披露不替代独立市场或功效证据，批次处置与法规适用以原始文件和主管机构结论为准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饮料行业资讯周报（内部测试版）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ebgate.ec.europa.eu/rasff-window/screen/notification/881821" TargetMode="External"/><Relationship Id="rIdNewsletterSource2" Type="http://schemas.openxmlformats.org/officeDocument/2006/relationships/hyperlink" Target="https://webgate.ec.europa.eu/rasff-window/screen/notification/882509" TargetMode="External"/><Relationship Id="rIdNewsletterSource3" Type="http://schemas.openxmlformats.org/officeDocument/2006/relationships/hyperlink" Target="https://www.coca-colacompany.com/media-center/coca-cola-reports-third-quarter-2026-results" TargetMode="External"/><Relationship Id="rIdNewsletterSource4" Type="http://schemas.openxmlformats.org/officeDocument/2006/relationships/hyperlink" Target="https://investors.oatly.com/news-releases/news-release-details/oatly-reports-third-quarter-2026-financial-res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饮料行业资讯周报（内部测试版）</dc:title>
  <dc:subject>2026年10月23日16:30至10月30日16:30（北京时间）</dc:subject>
  <dc:creator/>
  <cp:keywords/>
  <dc:description/>
  <cp:lastModifiedBy/>
  <cp:revision>1</cp:revision>
  <dcterms:created xsi:type="dcterms:W3CDTF">2026-10-31T12:05:22Z</dcterms:created>
  <dcterms:modified xsi:type="dcterms:W3CDTF">2026-10-31T12:05:22Z</dcterms:modified>
  <cp:category/>
</cp:coreProperties>
</file>