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餐饮行业资讯周报（内部测试版）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一、行业资讯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北京CBD美食节展示公共绿地与餐饮消费融合场景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北京｜10月12日公开，活动为10月9日至11日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首都文明网10月12日发布的朝阳报报道显示，2026北京CBDin77“国际绿地”美食节于10月9日至11日在CBD核心区绿地广场举办，60余家餐饮摊位参与。活动将国际美食、草地音乐和潮流生活结合，提供办公商圈内的餐饮与休闲体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经营关注：这是公共空间与餐饮品牌联动的地方实践，可供评估商圈快闪和短周期餐饮场景参考。报道未披露活动营业额或盈利数据，不能将参与规模等同于经营回报；现场出餐仍需分别落实许可适用、温控、用水及餐具卫生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首都文明网（来源：朝阳报）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二、政府监管与食品安全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总局通报52批次食品不合格，餐饮具清洗和采购验收仍需分项控制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全国｜10月12日公开，通报成文于10月11日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市场监管总局10月12日公开市监食检发〔2026〕124号通报：近期对1940批次食品样品开展监督抽检，检出52批次不合格。通报列明，四川省成都市郫都区一家火锅店自行消毒的筷子，阴离子合成洗涤剂检验值不符合食品安全国家标准规定；有关地方市场监管部门已开展核查处置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质量关注：门店应区分清洗残留、消毒效果与食品原料风险，核对洗涤剂配制、漂洗、餐具保洁及必要验证记录。采购端还应核实通报涉及的调味品等原料及相应批次；标签承诺不符合与食品安全限量不符合需要分别判断。52批次为本次全部食品样品结果，不能当作餐饮行业不合格率；本稿不引用尚未逐行核验的附件数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市场监管总局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三、供应链管理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北京介绍重点食材追溯与农批市场风险联动实践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北京｜10月15日公开，属于近期治理工作介绍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北京市市场监管局10月15日发布食品安全宣传周座谈会消息，介绍农批市场“红灯”联动机制、重点品类数字化追溯及全链条数字化平台建设。发布材料称，猪肉、牛羊肉、鸡蛋等民生食材在重点市场实现来源可查、去向可追，并推进政府部门与相关市场主体的数据共享应用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供应链关注：餐饮采购可结合本地实际，核对供应商、进货批次、检疫及配送凭证之间的对应关系，验证异常食材能否定位、停止使用和追溯。材料反映北京重点市场的治理实践，不能推定所有市场均已覆盖，也不等于新增全国统一的餐饮数据接口义务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北京市市场监督管理局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四、门店运营与技术创新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丰台餐饮企业名称变更实现营业执照与食品经营许可同步更新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北京丰台｜10月12日公开，个案办理日为10月9日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丰台时报10月12日报道，丰台区一家餐饮企业10月9日在“E窗通”平台办理营业执照名称变更时，经确认同步完成食品经营许可证信息更新，并即时生成可下载电子证照。报道介绍，名称及法定代表人（负责人）变更可自愿勾选同步办理，减少重复填报和材料提交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门店关注：符合当地同步办理条件的企业，可核对营业执照、食品经营许可证、外卖平台及门店公示信息的一致性，并保存新证照及办理记录。该便民场景不应被理解为取消食品经营许可，也不能据此推定经营地址、经营项目等其他事项均可免申请变更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丰台时报（丰台区政府网站）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五、可持续发展与绿色运营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第九批制止餐饮浪费案例突出弹性供餐、餐余反馈和小碗自选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全国地方实践｜10月14日公开，效果数据属于案例报告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发展改革委环资司、市场监管总局食品协调司10月14日联合发布第九批制止餐饮浪费典型经验。江西吉安案例采用弹性供给、餐余计量和数据反馈，材料报告学生光盘率由85%提升至96%，餐余垃圾量同比下降约12%；甘肃金昌案例介绍职工食堂小碗自选、按标准克重供餐及智能结算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运营关注：团餐机构可先统一备餐量、就餐人数、可食用剩余与不可食用废弃物的记录口径，再将反馈用于调整菜品和份量。上述数字属于地方经验材料，不能当作对所有学校或食堂的通用节约率；减少浪费也应同时保持营养、食品安全及合理就餐需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国家发展改革委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编制日期：2026年10月18日。资讯窗口为北京时间2026年10月9日16:30之后至10月16日16:30（左开右闭），按原始公开日期收录，事件及统计期间另列。本期收录5条已核实资讯，主要涉及国内餐饮监管、采购追溯及门店运营。部分监测来源访问或覆盖受限，本刊不代表全面穷尽；北京地方实践占比较高，不代表全国普遍实施。本期未获得符合质量要求的海外新增，不以旧闻补充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餐饮行业资讯周报（内部测试版）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 w:val="true"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bjwmb.gov.cn/wmdt/cyq/10137415.html" TargetMode="External"/><Relationship Id="rIdNewsletterSource2" Type="http://schemas.openxmlformats.org/officeDocument/2006/relationships/hyperlink" Target="https://www.samr.gov.cn/zw/zfxxgk/fdzdgknr/spcjs/art/2026/art_5b7200efca0644f593c3fd6659b20a22.html" TargetMode="External"/><Relationship Id="rIdNewsletterSource3" Type="http://schemas.openxmlformats.org/officeDocument/2006/relationships/hyperlink" Target="https://scjgj.beijing.gov.cn/zwxx/scjgdt/202610/t20261015_4903093.html" TargetMode="External"/><Relationship Id="rIdNewsletterSource4" Type="http://schemas.openxmlformats.org/officeDocument/2006/relationships/hyperlink" Target="https://www.bjft.gov.cn/fengtaishibao/html/2026-10/12/content_9501_19931746.htm" TargetMode="External"/><Relationship Id="rIdNewsletterSource5" Type="http://schemas.openxmlformats.org/officeDocument/2006/relationships/hyperlink" Target="https://www.ndrc.gov.cn/fggz/202610/t20261014_1408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餐饮行业资讯周报（内部测试版）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2026-10-18T02:01:08Z</dcterms:created>
  <dcterms:modified xsi:type="dcterms:W3CDTF">2026-10-18T02:01:08Z</dcterms:modified>
  <cp:category/>
</cp:coreProperties>
</file>