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餐饮行业资讯周报（内部测试版）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2026年10月23日16:30至10月30日16:30（北京时间）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一、行业资讯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凌源拟投放餐饮消费券9.57万元，活动覆盖11—12月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中国辽宁｜2026-10-28公开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凌源市商务局公布惠民消费券方案，拟通过云闪付发放总额58.8万元的四类消费券，其中餐饮券分配9.57万元。餐饮券满200元（含）减30元，不可用于单用途预付卡。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活动将于11—12月开展。方案规定，单用户单月限领取及核销4张，单日每个券种限领取及核销1张，票券有效期5天，名额有限。参与门店宜提前核对平台活动资格、核销规则和收银流程；本公告属于地方促消费方案，不能据此推定全部餐饮商户均已开通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凌源市人民政府（商务局）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二、政府监管与食品安全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陆丰烧烤火锅夜查下达18份整改通知，抽样结果尚待公布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中国广东｜2026-10-27 09:27公开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陆丰市政府10月27日公布，自10月23日起开展烧烤、火锅店夜间检查，累计检查25家次，下达责令改正通知书18份，抽取重点食品样品14批次。检查覆盖后厨卫生、操作规范、餐具消毒、健康证明及进货查验，并对羊肉、牛肉、烤串等抽样送检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公告未公布检测结论，14批次送检不能解释为不合格。烧烤、火锅经营者宜按批次核对供货凭证、肉类品种及验收记录，检视餐具清洗消毒和夜班人员健康管理；检测项目应依据原料风险与监管任务确定。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陆丰市人民政府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兴隆台网络餐饮排查聚焦八个环节，强化线上线下一致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中国辽宁｜2026-10-26公开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兴隆台区政府10月26日公开网络餐饮专项排查情况，重点涉及经营资质、后厨环境、食材来源、人员健康、餐具消毒、平台公示、明厨亮灶与食安封签、价格行为八个环节。当地采用错时检查和一户一档管理，对问题分类整改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多门店企业可据此交叉核对许可证地址与线上门店信息，抽查食材索证索票、消毒记录、封签执行及标价。本条为当地检查工作信息，不新增全国性义务，也不将部署范围视作已完成整改数量。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兴隆台区人民政府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河北推进外卖食安封签，结合实地巡查与云端核验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中国河北｜2026-10-28公开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石家庄市市场监管局10月28日发布，河北省市场监管局于10月27日举办网络餐饮共治活动，要求落实网络外卖食安封签、强化入网餐饮检查，并指导平台结合实地巡查与云端核验，打击无合法资质入网经营。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平台和入网门店宜核对资质更新、异常门店处置、餐品封签及巡检证据是否衔接。此次是地方治理推进信息，不能写成新发布法规；封签是配送环节措施，不能替代食品加工和储存过程控制。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石家庄市市场监督管理局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本期普通来源存在部分覆盖和访问缺口；已选资讯逐条核对官方原文。未核得合格海外入选，不代表海外无新闻。正文宋体、标题黑体，不嵌字体，固定阅读效果以PDF为准。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餐饮行业资讯周报（内部测试版）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 w:val="true"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embedTrueType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lingyuan.gov.cn/html/LYSZF/202610/0179317218381538.html" TargetMode="External"/><Relationship Id="rIdNewsletterSource2" Type="http://schemas.openxmlformats.org/officeDocument/2006/relationships/hyperlink" Target="https://www.lufengshi.gov.cn/swlufeng/news/bmgz/content/post_1306426.html" TargetMode="External"/><Relationship Id="rIdNewsletterSource3" Type="http://schemas.openxmlformats.org/officeDocument/2006/relationships/hyperlink" Target="https://www.xlt.gov.cn/2026_10/26_15/content-580234.html" TargetMode="External"/><Relationship Id="rIdNewsletterSource4" Type="http://schemas.openxmlformats.org/officeDocument/2006/relationships/hyperlink" Target="https://scjg.sjz.gov.cn/columns/9704bc53-9463-4d5b-8900-cbd23118aeca/202610/28/4ed09467-9d74-4a4e-976f-748cdcfea15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餐饮行业资讯周报（内部测试版）</dc:title>
  <dc:subject>2026年10月23日16:30至10月30日16:30（北京时间）</dc:subject>
  <dc:creator/>
  <cp:keywords/>
  <dc:description/>
  <cp:lastModifiedBy/>
  <cp:revision>1</cp:revision>
  <dcterms:created xsi:type="dcterms:W3CDTF">2026-10-31T05:35:09Z</dcterms:created>
  <dcterms:modified xsi:type="dcterms:W3CDTF">2026-10-31T05:35:09Z</dcterms:modified>
  <cp:category/>
</cp:coreProperties>
</file>