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食品添加剂行业资讯周报（内部测试版）</w:t>
      </w:r>
    </w:p>
    <w:p w14:paraId="1DF36016" w14:textId="77777777" w:rsidR="00741353" w:rsidRDefault="00AF0D74">
      <w:pPr>
        <w:pStyle w:val="ac"/>
        <w:spacing w:after="160" w:line="320" w:lineRule="exact"/>
        <w:wordWrap w:val="0"/>
      </w:pPr>
      <w:r>
        <w:t>2026年9月11日16:30至9月18日16:30（北京时间）</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黑体" w:eastAsia="黑体" w:hAnsi="黑体" w:cs="黑体"/>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黑体" w:eastAsia="黑体" w:hAnsi="黑体" w:cs="黑体"/>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wordWrap w:val="0"/>
            </w:pPr>
            <w:r>
              <w:rPr>
                <w:rFonts w:ascii="黑体" w:eastAsia="黑体" w:hAnsi="黑体" w:cs="黑体"/>
                <w:b/>
                <w:bCs/>
                <w:sz w:val="23"/>
                <w:szCs w:val="23"/>
              </w:rPr>
              <w:t>一、法规标准与许可进展</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食糖许可细则征求意见，拟明确硫漂工艺二氧化硫残留监控记录。</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香港官方提醒：防腐剂及抗氧化剂修例过渡期将于12月29日结束。</w:t>
            </w:r>
          </w:p>
        </w:tc>
      </w:tr>
      <w:tr w:rsidR="00741353" w14:paraId="3D7E9BE7" w14:textId="77777777">
        <w:trPr>
          <w:cantSplit/>
        </w:trPr>
        <w:tc>
          <w:tcPr>
            <w:tcW w:w="2778" w:type="dxa"/>
            <w:vAlign w:val="center"/>
          </w:tcPr>
          <w:p w14:paraId="67F7E866" w14:textId="77777777" w:rsidR="00741353" w:rsidRDefault="00AF0D74">
            <w:pPr>
              <w:spacing w:after="60" w:line="360" w:lineRule="exact"/>
              <w:wordWrap w:val="0"/>
            </w:pPr>
            <w:r>
              <w:rPr>
                <w:rFonts w:ascii="黑体" w:eastAsia="黑体" w:hAnsi="黑体" w:cs="黑体"/>
                <w:b/>
                <w:bCs/>
                <w:sz w:val="23"/>
                <w:szCs w:val="23"/>
              </w:rPr>
              <w:t>二、安全评价、抽检与合规风险</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文旅糕点抽检1499批次、合格率98.2%；不合格问题含超范围使用添加剂。</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深圳公布两宗烧鸭超范围使用日落黄案例。</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EFSA发布特定工艺瑞鲍迪苷M评价；科学意见不等于产品获准使用。</w:t>
            </w:r>
          </w:p>
        </w:tc>
      </w:tr>
      <w:tr w:rsidR="00741353" w14:paraId="716A2FD7" w14:textId="77777777">
        <w:trPr>
          <w:cantSplit/>
        </w:trPr>
        <w:tc>
          <w:tcPr>
            <w:tcW w:w="2778" w:type="dxa"/>
            <w:vAlign w:val="center"/>
          </w:tcPr>
          <w:p w14:paraId="3D2FCD93" w14:textId="77777777" w:rsidR="00741353" w:rsidRDefault="00AF0D74">
            <w:pPr>
              <w:spacing w:after="60" w:line="360" w:lineRule="exact"/>
              <w:wordWrap w:val="0"/>
            </w:pPr>
            <w:r>
              <w:rPr>
                <w:rFonts w:ascii="黑体" w:eastAsia="黑体" w:hAnsi="黑体" w:cs="黑体"/>
                <w:b/>
                <w:bCs/>
                <w:sz w:val="23"/>
                <w:szCs w:val="23"/>
              </w:rPr>
              <w:t>三、新型添加剂、制造工艺与应用</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蛋白—壳寡糖粘合剂研究探索甲基纤维素替代，仍属研究阶段。</w:t>
            </w:r>
          </w:p>
        </w:tc>
      </w:tr>
      <w:tr w:rsidR="00741353" w14:paraId="30568B6B" w14:textId="77777777">
        <w:trPr>
          <w:cantSplit/>
        </w:trPr>
        <w:tc>
          <w:tcPr>
            <w:tcW w:w="2778" w:type="dxa"/>
            <w:vAlign w:val="center"/>
          </w:tcPr>
          <w:p w14:paraId="11BA2FBD" w14:textId="77777777" w:rsidR="00741353" w:rsidRDefault="00AF0D74">
            <w:pPr>
              <w:spacing w:after="60" w:line="360" w:lineRule="exact"/>
              <w:wordWrap w:val="0"/>
            </w:pPr>
            <w:r>
              <w:rPr>
                <w:rFonts w:ascii="黑体" w:eastAsia="黑体" w:hAnsi="黑体" w:cs="黑体"/>
                <w:b/>
                <w:bCs/>
                <w:sz w:val="23"/>
                <w:szCs w:val="23"/>
              </w:rPr>
              <w:t>四、检测方法、质量规格与验证</w:t>
            </w:r>
          </w:p>
        </w:tc>
        <w:tc>
          <w:tcPr>
            <w:tcW w:w="6860" w:type="dxa"/>
            <w:vAlign w:val="center"/>
          </w:tcPr>
          <w:p w14:paraId="066E3FEC" w14:textId="77777777" w:rsidR="00741353" w:rsidRDefault="00AF0D74">
            <w:pPr>
              <w:spacing w:after="60" w:line="360" w:lineRule="exact"/>
              <w:wordWrap w:val="0"/>
            </w:pPr>
            <w:r>
              <w:rPr>
                <w:sz w:val="23"/>
                <w:szCs w:val="23"/>
              </w:rPr>
              <w:t>本期暂无可刊发条目。</w:t>
            </w:r>
          </w:p>
        </w:tc>
      </w:tr>
      <w:tr w:rsidR="00741353" w14:paraId="348AD92E" w14:textId="77777777">
        <w:trPr>
          <w:cantSplit/>
        </w:trPr>
        <w:tc>
          <w:tcPr>
            <w:tcW w:w="2778" w:type="dxa"/>
            <w:vAlign w:val="center"/>
          </w:tcPr>
          <w:p w14:paraId="032F4B9D" w14:textId="77777777" w:rsidR="00741353" w:rsidRDefault="00AF0D74">
            <w:pPr>
              <w:spacing w:after="60" w:line="360" w:lineRule="exact"/>
              <w:wordWrap w:val="0"/>
            </w:pPr>
            <w:r>
              <w:rPr>
                <w:rFonts w:ascii="黑体" w:eastAsia="黑体" w:hAnsi="黑体" w:cs="黑体"/>
                <w:b/>
                <w:bCs/>
                <w:sz w:val="23"/>
                <w:szCs w:val="23"/>
              </w:rPr>
              <w:t>五、产业供应、市场与企业实质动态</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保龄宝披露IFS Food 8认证，所附范围涉及赤藓糖醇及复配甜味剂。</w:t>
            </w:r>
          </w:p>
        </w:tc>
      </w:tr>
      <w:tr w:rsidR="00741353" w14:paraId="4E96E3BA" w14:textId="77777777">
        <w:trPr>
          <w:cantSplit/>
        </w:trPr>
        <w:tc>
          <w:tcPr>
            <w:tcW w:w="2778" w:type="dxa"/>
            <w:vAlign w:val="center"/>
          </w:tcPr>
          <w:p w14:paraId="4DBA7D85" w14:textId="77777777" w:rsidR="00741353" w:rsidRDefault="00AF0D74">
            <w:pPr>
              <w:spacing w:after="60" w:line="360" w:lineRule="exact"/>
              <w:wordWrap w:val="0"/>
            </w:pPr>
            <w:r>
              <w:rPr>
                <w:rFonts w:ascii="黑体" w:eastAsia="黑体" w:hAnsi="黑体" w:cs="黑体"/>
                <w:b/>
                <w:bCs/>
                <w:sz w:val="23"/>
                <w:szCs w:val="23"/>
              </w:rPr>
              <w:t>六、行业交流、标准化与前瞻议题</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协会发布科学用甜论坛会后信息，涉及使用规范及甜蛋白应用探索。</w:t>
            </w:r>
          </w:p>
        </w:tc>
      </w:tr>
    </w:tbl>
    <w:p w14:paraId="0DAB29BE" w14:textId="77777777" w:rsidR="00741353" w:rsidRDefault="00AF0D74">
      <w:pPr>
        <w:spacing w:line="290" w:lineRule="exact"/>
        <w:wordWrap w:val="0"/>
      </w:pPr>
      <w:r>
        <w:rPr>
          <w:rFonts w:ascii="宋体" w:eastAsia="宋体" w:hAnsi="宋体" w:cs="宋体"/>
          <w:color w:val="555555"/>
          <w:sz w:val="19"/>
          <w:szCs w:val="19"/>
        </w:rPr>
        <w:t>详细报道及来源见后文。本期为历史回溯试刊，编制于2026年9月21日。</w:t>
      </w:r>
    </w:p>
    <w:p w14:paraId="7A6D2953" w14:textId="77777777" w:rsidR="00741353" w:rsidRDefault="00AF0D74">
      <w:pPr>
        <w:pStyle w:val="1"/>
        <w:spacing w:before="200" w:line="440" w:lineRule="exact"/>
        <w:wordWrap w:val="0"/>
        <w:pageBreakBefore w:val="1"/>
      </w:pPr>
      <w:r>
        <w:t>一、法规标准与许可进展</w:t>
      </w:r>
    </w:p>
    <w:p w14:paraId="48D7440C" w14:textId="77777777" w:rsidR="00741353" w:rsidRDefault="00AF0D74">
      <w:pPr>
        <w:pStyle w:val="21"/>
        <w:spacing w:before="140" w:line="380" w:lineRule="exact"/>
        <w:wordWrap w:val="0"/>
      </w:pPr>
      <w:r>
        <w:t>食糖许可细则征求意见，涉及硫漂工艺二氧化硫残留监控</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中国内地｜9月16日公开征求意见，反馈截至10月16日</w:t>
      </w:r>
    </w:p>
    <w:p w14:paraId="75463394" w14:textId="77777777" w:rsidR="00741353" w:rsidRDefault="00AF0D74">
      <w:pPr>
        <w:keepNext/>
        <w:spacing w:line="360" w:lineRule="exact"/>
        <w:ind w:firstLine="480"/>
        <w:wordWrap w:val="0"/>
        <w:keepLines w:val="1"/>
      </w:pPr>
      <w:r>
        <w:t>市场监管总局就食糖生产许可审查细则修订稿征求意见。配套官方解读提出，采用硫漂工艺的生产企业应按标准控制二氧化硫残留量，并建立监控记录。相关内容与加工助剂应用及残留控制直接相关。</w:t>
      </w:r>
    </w:p>
    <w:p w14:paraId="75463394" w14:textId="77777777" w:rsidR="00741353" w:rsidRDefault="00AF0D74">
      <w:pPr>
        <w:keepNext/>
        <w:spacing w:line="360" w:lineRule="exact"/>
        <w:ind w:firstLine="480"/>
        <w:wordWrap w:val="0"/>
        <w:keepLines w:val="1"/>
      </w:pPr>
      <w:r>
        <w:t>本次仍属征求意见，也不是食品添加剂新品种许可。本刊依据通知及官方解读整理，未对草案附件作逐条比对。现行生产仍应执行有效法规标准；本次修订内容以最终发布文本为准。</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1">
        <w:r>
          <w:rPr>
            <w:rFonts w:ascii="宋体" w:eastAsia="宋体" w:hAnsi="宋体" w:cs="宋体"/>
            <w:color w:val="245D83"/>
            <w:sz w:val="19"/>
            <w:szCs w:val="19"/>
            <w:u w:val="single"/>
          </w:rPr>
          <w:t>市场监管总局征求意见通知</w:t>
        </w:r>
      </w:hyperlink>
      <w:r>
        <w:rPr>
          <w:rFonts w:ascii="宋体" w:eastAsia="宋体" w:hAnsi="宋体" w:cs="宋体"/>
          <w:color w:val="555555"/>
          <w:sz w:val="19"/>
          <w:szCs w:val="19"/>
        </w:rPr>
        <w:t xml:space="preserve">  /  </w:t>
      </w:r>
      <w:hyperlink r:id="rId1002">
        <w:r>
          <w:rPr>
            <w:rFonts w:ascii="宋体" w:eastAsia="宋体" w:hAnsi="宋体" w:cs="宋体"/>
            <w:color w:val="245D83"/>
            <w:sz w:val="19"/>
            <w:szCs w:val="19"/>
            <w:u w:val="single"/>
          </w:rPr>
          <w:t>官方解读</w:t>
        </w:r>
      </w:hyperlink>
    </w:p>
    <w:p w14:paraId="48D7440C" w14:textId="77777777" w:rsidR="00741353" w:rsidRDefault="00AF0D74">
      <w:pPr>
        <w:pStyle w:val="21"/>
        <w:spacing w:before="140" w:line="380" w:lineRule="exact"/>
        <w:wordWrap w:val="0"/>
      </w:pPr>
      <w:r>
        <w:t>香港食安中心提示防腐剂及抗氧化剂修例过渡期年底结束</w:t>
      </w:r>
    </w:p>
    <w:p w14:paraId="055A539C" w14:textId="77777777" w:rsidR="00741353" w:rsidRDefault="00AF0D74">
      <w:pPr>
        <w:keepNext/>
        <w:spacing w:line="290" w:lineRule="exact"/>
        <w:wordWrap w:val="0"/>
      </w:pPr>
      <w:r>
        <w:rPr>
          <w:rFonts w:ascii="宋体" w:eastAsia="宋体" w:hAnsi="宋体" w:cs="宋体"/>
          <w:color w:val="555555"/>
          <w:sz w:val="19"/>
          <w:szCs w:val="19"/>
        </w:rPr>
        <w:t>中国香港｜9月16日发布解读，非本周新修例</w:t>
      </w:r>
    </w:p>
    <w:p w14:paraId="75463394" w14:textId="77777777" w:rsidR="00741353" w:rsidRDefault="00AF0D74">
      <w:pPr>
        <w:keepNext/>
        <w:spacing w:line="360" w:lineRule="exact"/>
        <w:ind w:firstLine="480"/>
        <w:wordWrap w:val="0"/>
        <w:keepLines w:val="1"/>
      </w:pPr>
      <w:r>
        <w:t>香港食物安全中心在本期《食物安全焦点》中介绍防腐剂和抗氧化剂的技术作用，并提醒业界核查修例后的合规安排。相关修订于2024年12月30日生效，24个月过渡期至2026年12月29日结束。</w:t>
      </w:r>
    </w:p>
    <w:p w14:paraId="75463394" w14:textId="77777777" w:rsidR="00741353" w:rsidRDefault="00AF0D74">
      <w:pPr>
        <w:keepNext/>
        <w:spacing w:line="360" w:lineRule="exact"/>
        <w:ind w:firstLine="480"/>
        <w:wordWrap w:val="0"/>
        <w:keepLines w:val="1"/>
      </w:pPr>
      <w:r>
        <w:t>面向香港市场的产品，可结合食品类别、配方和使用条件复核适用要求。本条是本周发布的官方提醒，不表示香港本周新增了相应许可，也不适用于直接判断中国内地的使用范围和限量。</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3">
        <w:r>
          <w:rPr>
            <w:rFonts w:ascii="宋体" w:eastAsia="宋体" w:hAnsi="宋体" w:cs="宋体"/>
            <w:color w:val="245D83"/>
            <w:sz w:val="19"/>
            <w:szCs w:val="19"/>
            <w:u w:val="single"/>
          </w:rPr>
          <w:t>香港食安中心本期解读</w:t>
        </w:r>
      </w:hyperlink>
      <w:r>
        <w:rPr>
          <w:rFonts w:ascii="宋体" w:eastAsia="宋体" w:hAnsi="宋体" w:cs="宋体"/>
          <w:color w:val="555555"/>
          <w:sz w:val="19"/>
          <w:szCs w:val="19"/>
        </w:rPr>
        <w:t xml:space="preserve">  /  </w:t>
      </w:r>
      <w:hyperlink r:id="rId1004">
        <w:r>
          <w:rPr>
            <w:rFonts w:ascii="宋体" w:eastAsia="宋体" w:hAnsi="宋体" w:cs="宋体"/>
            <w:color w:val="245D83"/>
            <w:sz w:val="19"/>
            <w:szCs w:val="19"/>
            <w:u w:val="single"/>
          </w:rPr>
          <w:t>修例专题</w:t>
        </w:r>
      </w:hyperlink>
    </w:p>
    <w:p w14:paraId="7A6D2953" w14:textId="77777777" w:rsidR="00741353" w:rsidRDefault="00AF0D74">
      <w:pPr>
        <w:pStyle w:val="1"/>
        <w:spacing w:before="200" w:line="440" w:lineRule="exact"/>
        <w:wordWrap w:val="0"/>
        <w:pageBreakBefore w:val="0"/>
      </w:pPr>
      <w:r>
        <w:t>二、安全评价、抽检与合规风险</w:t>
      </w:r>
    </w:p>
    <w:p w14:paraId="48D7440C" w14:textId="77777777" w:rsidR="00741353" w:rsidRDefault="00AF0D74">
      <w:pPr>
        <w:pStyle w:val="21"/>
        <w:spacing w:before="140" w:line="380" w:lineRule="exact"/>
        <w:wordWrap w:val="0"/>
      </w:pPr>
      <w:r>
        <w:t>文旅区域糕点抽检公布阶段结果，问题涉及超范围使用添加剂</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中国内地｜9月17日公布，统计范围为年初至8月底</w:t>
      </w:r>
    </w:p>
    <w:p w14:paraId="75463394" w14:textId="77777777" w:rsidR="00741353" w:rsidRDefault="00AF0D74">
      <w:pPr>
        <w:keepNext/>
        <w:spacing w:line="360" w:lineRule="exact"/>
        <w:ind w:firstLine="480"/>
        <w:wordWrap w:val="0"/>
        <w:keepLines w:val="1"/>
      </w:pPr>
      <w:r>
        <w:t>市场监管总局公布文旅景点及周边、高速公路服务区糕点抽检情况：截至8月底，共抽检1499批次，合格率98.2%。检测涵盖防腐剂、甜味剂、膨松剂和着色剂等项目；主要不合格问题包括过氧化值超标、超范围使用食品添加剂。</w:t>
      </w:r>
    </w:p>
    <w:p w14:paraId="75463394" w14:textId="77777777" w:rsidR="00741353" w:rsidRDefault="00AF0D74">
      <w:pPr>
        <w:keepNext/>
        <w:spacing w:line="360" w:lineRule="exact"/>
        <w:ind w:firstLine="480"/>
        <w:wordWrap w:val="0"/>
        <w:keepLines w:val="1"/>
      </w:pPr>
      <w:r>
        <w:t>该合格率是上述区域糕点全部检测指标的结果，不能解读为添加剂单项合格率，也不能据此推算添加剂不合格批次数。本周节点是阶段性结果公开，并非1499批次均在本周抽检。</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5">
        <w:r>
          <w:rPr>
            <w:rFonts w:ascii="宋体" w:eastAsia="宋体" w:hAnsi="宋体" w:cs="宋体"/>
            <w:color w:val="245D83"/>
            <w:sz w:val="19"/>
            <w:szCs w:val="19"/>
            <w:u w:val="single"/>
          </w:rPr>
          <w:t>市场监管总局抽检信息</w:t>
        </w:r>
      </w:hyperlink>
    </w:p>
    <w:p w14:paraId="48D7440C" w14:textId="77777777" w:rsidR="00741353" w:rsidRDefault="00AF0D74">
      <w:pPr>
        <w:pStyle w:val="21"/>
        <w:spacing w:before="140" w:line="380" w:lineRule="exact"/>
        <w:wordWrap w:val="0"/>
      </w:pPr>
      <w:r>
        <w:t>深圳公布烧鸭超范围使用日落黄典型案例</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中国内地｜9月16日公布，相关抽样及调查在5月开展</w:t>
      </w:r>
    </w:p>
    <w:p w14:paraId="75463394" w14:textId="77777777" w:rsidR="00741353" w:rsidRDefault="00AF0D74">
      <w:pPr>
        <w:keepNext/>
        <w:spacing w:line="360" w:lineRule="exact"/>
        <w:ind w:firstLine="480"/>
        <w:wordWrap w:val="0"/>
        <w:keepLines w:val="1"/>
      </w:pPr>
      <w:r>
        <w:t>深圳市市场监管局公布肉制品专项整治典型案例。其中两宗烧鸭案件认定为超范围使用日落黄，相关项目不符合GB 2760—2024要求，监管部门已立案查处并予以行政处罚。问题在于特定食品中的使用范围不合规，不能把日落黄本身等同于非法非食用物质。</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6">
        <w:r>
          <w:rPr>
            <w:rFonts w:ascii="宋体" w:eastAsia="宋体" w:hAnsi="宋体" w:cs="宋体"/>
            <w:color w:val="245D83"/>
            <w:sz w:val="19"/>
            <w:szCs w:val="19"/>
            <w:u w:val="single"/>
          </w:rPr>
          <w:t>深圳市市场监管局案例公告</w:t>
        </w:r>
      </w:hyperlink>
    </w:p>
    <w:p w14:paraId="48D7440C" w14:textId="77777777" w:rsidR="00741353" w:rsidRDefault="00AF0D74">
      <w:pPr>
        <w:pStyle w:val="21"/>
        <w:spacing w:before="140" w:line="380" w:lineRule="exact"/>
        <w:wordWrap w:val="0"/>
      </w:pPr>
      <w:r>
        <w:t>EFSA评价特定酶转化工艺瑞鲍迪苷M，建议单列产品规格</w:t>
      </w:r>
    </w:p>
    <w:p w14:paraId="055A539C" w14:textId="77777777" w:rsidR="00741353" w:rsidRDefault="00AF0D74">
      <w:pPr>
        <w:keepNext/>
        <w:spacing w:line="290" w:lineRule="exact"/>
        <w:wordWrap w:val="0"/>
      </w:pPr>
      <w:r>
        <w:rPr>
          <w:rFonts w:ascii="宋体" w:eastAsia="宋体" w:hAnsi="宋体" w:cs="宋体"/>
          <w:color w:val="555555"/>
          <w:sz w:val="19"/>
          <w:szCs w:val="19"/>
        </w:rPr>
        <w:t>欧盟｜9月17日发表科学意见，专家组于6月30日通过</w:t>
      </w:r>
    </w:p>
    <w:p w14:paraId="75463394" w14:textId="77777777" w:rsidR="00741353" w:rsidRDefault="00AF0D74">
      <w:pPr>
        <w:keepNext/>
        <w:spacing w:line="360" w:lineRule="exact"/>
        <w:ind w:firstLine="480"/>
        <w:wordWrap w:val="0"/>
        <w:keepLines w:val="1"/>
      </w:pPr>
      <w:r>
        <w:t>EFSA评价了以纯化甜菊叶提取物为原料、经特定酶转化获得的瑞鲍迪苷M产品。专家组对所评工艺及申报条件未发现安全性顾虑，并认为为该生产路线设立独立规格条目，比直接修改既有E960c规格更合适。</w:t>
      </w:r>
    </w:p>
    <w:p w14:paraId="75463394" w14:textId="77777777" w:rsidR="00741353" w:rsidRDefault="00AF0D74">
      <w:pPr>
        <w:keepNext/>
        <w:spacing w:line="360" w:lineRule="exact"/>
        <w:ind w:firstLine="480"/>
        <w:wordWrap w:val="0"/>
        <w:keepLines w:val="1"/>
      </w:pPr>
      <w:r>
        <w:t>该意见提示供应链需区分生产路线、所用酶和最终产品规格；结论不宜外推至所有酶转化或发酵甜菊糖产品。这是科学风险评价，不是欧盟授权决定，也不能作为中国市场准入依据。</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7">
        <w:r>
          <w:rPr>
            <w:rFonts w:ascii="宋体" w:eastAsia="宋体" w:hAnsi="宋体" w:cs="宋体"/>
            <w:color w:val="245D83"/>
            <w:sz w:val="19"/>
            <w:szCs w:val="19"/>
            <w:u w:val="single"/>
          </w:rPr>
          <w:t>EFSA科学意见原文</w:t>
        </w:r>
      </w:hyperlink>
    </w:p>
    <w:p w14:paraId="7A6D2953" w14:textId="77777777" w:rsidR="00741353" w:rsidRDefault="00AF0D74">
      <w:pPr>
        <w:pStyle w:val="1"/>
        <w:spacing w:before="200" w:line="440" w:lineRule="exact"/>
        <w:wordWrap w:val="0"/>
        <w:pageBreakBefore w:val="0"/>
      </w:pPr>
      <w:r>
        <w:t>三、新型添加剂、制造工艺与应用</w:t>
      </w:r>
    </w:p>
    <w:p w14:paraId="48D7440C" w14:textId="77777777" w:rsidR="00741353" w:rsidRDefault="00AF0D74">
      <w:pPr>
        <w:pStyle w:val="21"/>
        <w:spacing w:before="140" w:line="380" w:lineRule="exact"/>
        <w:wordWrap w:val="0"/>
      </w:pPr>
      <w:r>
        <w:t>江南大学报道蛋白—壳寡糖粘合剂研究，探索甲基纤维素替代配方</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中国内地｜9月16日机构介绍，论文首次在线日期未核</w:t>
      </w:r>
    </w:p>
    <w:p w14:paraId="75463394" w14:textId="77777777" w:rsidR="00741353" w:rsidRDefault="00AF0D74">
      <w:pPr>
        <w:keepNext/>
        <w:spacing w:line="360" w:lineRule="exact"/>
        <w:ind w:firstLine="480"/>
        <w:wordWrap w:val="0"/>
        <w:keepLines w:val="1"/>
      </w:pPr>
      <w:r>
        <w:t>江南大学未来食品科学中心介绍一项配方研究：以豌豆7S蛋白与壳寡糖构建液态凝聚体，并用于菌体蛋白肉粘合。在所试条件下，相比甲基纤维素对照，样品蒸煮损失较低，质构发生改变，为蛋白—多糖复合体系及粘合剂替代提供研究线索。</w:t>
      </w:r>
    </w:p>
    <w:p w14:paraId="75463394" w14:textId="77777777" w:rsidR="00741353" w:rsidRDefault="00AF0D74">
      <w:pPr>
        <w:keepNext/>
        <w:spacing w:line="360" w:lineRule="exact"/>
        <w:ind w:firstLine="480"/>
        <w:wordWrap w:val="0"/>
        <w:keepLines w:val="1"/>
      </w:pPr>
      <w:r>
        <w:t>本刊依据机构说明整理，未读取论文全文。研究原料不等同于新获批食品添加剂；其工业适用性、致敏风险及目标市场的原料和使用许可仍须分别评估，不能据此作“无过敏原”等产品宣称。</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8">
        <w:r>
          <w:rPr>
            <w:rFonts w:ascii="宋体" w:eastAsia="宋体" w:hAnsi="宋体" w:cs="宋体"/>
            <w:color w:val="245D83"/>
            <w:sz w:val="19"/>
            <w:szCs w:val="19"/>
            <w:u w:val="single"/>
          </w:rPr>
          <w:t>江南大学研究介绍</w:t>
        </w:r>
      </w:hyperlink>
    </w:p>
    <w:p w14:paraId="7A6D2953" w14:textId="77777777" w:rsidR="00741353" w:rsidRDefault="00AF0D74">
      <w:pPr>
        <w:pStyle w:val="1"/>
        <w:spacing w:before="200" w:line="440" w:lineRule="exact"/>
        <w:wordWrap w:val="0"/>
        <w:pageBreakBefore w:val="0"/>
      </w:pPr>
      <w:r>
        <w:t>五、产业供应、市场与企业实质动态</w:t>
      </w:r>
    </w:p>
    <w:p w14:paraId="48D7440C" w14:textId="77777777" w:rsidR="00741353" w:rsidRDefault="00AF0D74">
      <w:pPr>
        <w:pStyle w:val="21"/>
        <w:spacing w:before="140" w:line="380" w:lineRule="exact"/>
        <w:wordWrap w:val="0"/>
      </w:pPr>
      <w:r>
        <w:t>保龄宝披露IFS Food 8认证，范围涉及赤藓糖醇及复配甜味剂</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中国内地｜9月16日企业披露，所附证书签发于9月9日</w:t>
      </w:r>
    </w:p>
    <w:p w14:paraId="75463394" w14:textId="77777777" w:rsidR="00741353" w:rsidRDefault="00AF0D74">
      <w:pPr>
        <w:keepNext/>
        <w:spacing w:line="360" w:lineRule="exact"/>
        <w:ind w:firstLine="480"/>
        <w:wordWrap w:val="0"/>
        <w:keepLines w:val="1"/>
      </w:pPr>
      <w:r>
        <w:t>保龄宝披露取得IFS Food Version 8认证，所附证书列示的生产范围包括赤藓糖醇、复配甜味剂等，并另列不覆盖的产品。该信息可作为甜味配料供应商质量管理动态观察，不能表述为公司全部产品均获得销售许可。</w:t>
      </w:r>
    </w:p>
    <w:p w14:paraId="75463394" w14:textId="77777777" w:rsidR="00741353" w:rsidRDefault="00AF0D74">
      <w:pPr>
        <w:keepNext/>
        <w:spacing w:line="360" w:lineRule="exact"/>
        <w:ind w:firstLine="480"/>
        <w:wordWrap w:val="0"/>
        <w:keepLines w:val="1"/>
      </w:pPr>
      <w:r>
        <w:t>本条依据企业发布及其展示的证书，未独立核查认证机构的实时状态。供应商评价仍应核对证书有效性、具体场所与范围，以及产品规格和目标市场要求；认证不替代产品合规判断。</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9">
        <w:r>
          <w:rPr>
            <w:rFonts w:ascii="宋体" w:eastAsia="宋体" w:hAnsi="宋体" w:cs="宋体"/>
            <w:color w:val="245D83"/>
            <w:sz w:val="19"/>
            <w:szCs w:val="19"/>
            <w:u w:val="single"/>
          </w:rPr>
          <w:t>保龄宝披露及证书图片</w:t>
        </w:r>
      </w:hyperlink>
    </w:p>
    <w:p w14:paraId="7A6D2953" w14:textId="77777777" w:rsidR="00741353" w:rsidRDefault="00AF0D74">
      <w:pPr>
        <w:pStyle w:val="1"/>
        <w:spacing w:before="200" w:line="440" w:lineRule="exact"/>
        <w:wordWrap w:val="0"/>
        <w:pageBreakBefore w:val="0"/>
      </w:pPr>
      <w:r>
        <w:t>六、行业交流、标准化与前瞻议题</w:t>
      </w:r>
    </w:p>
    <w:p w14:paraId="48D7440C" w14:textId="77777777" w:rsidR="00741353" w:rsidRDefault="00AF0D74">
      <w:pPr>
        <w:pStyle w:val="21"/>
        <w:spacing w:before="140" w:line="380" w:lineRule="exact"/>
        <w:wordWrap w:val="0"/>
      </w:pPr>
      <w:r>
        <w:t>科学用甜论坛会后信息涉及使用规范、甜蛋白及低碳应用</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中国内地｜9月17日协会报道，活动实际于9月10日至11日举行</w:t>
      </w:r>
    </w:p>
    <w:p w14:paraId="75463394" w14:textId="77777777" w:rsidR="00741353" w:rsidRDefault="00AF0D74">
      <w:pPr>
        <w:keepNext/>
        <w:spacing w:line="360" w:lineRule="exact"/>
        <w:ind w:firstLine="480"/>
        <w:wordWrap w:val="0"/>
        <w:keepLines w:val="1"/>
      </w:pPr>
      <w:r>
        <w:t>中国食品添加剂和配料协会发布科学用甜论坛暨相关专业委员会年会的会后信息。已核议题包括食品甜味剂使用规范、巴西甜蛋白产业化和应用探索，以及甜味剂与功能糖低碳发展。上述内容可作为后续配方技术与合规议题的跟踪方向。</w:t>
      </w:r>
    </w:p>
    <w:p w14:paraId="75463394" w14:textId="77777777" w:rsidR="00741353" w:rsidRDefault="00AF0D74">
      <w:pPr>
        <w:keepNext/>
        <w:spacing w:line="360" w:lineRule="exact"/>
        <w:ind w:firstLine="480"/>
        <w:wordWrap w:val="0"/>
        <w:keepLines w:val="1"/>
      </w:pPr>
      <w:r>
        <w:t>本周节点是协会报道，不是活动在本周新举办。本刊未取得演讲材料和完整技术数据；会议议题不代表新产品已获批、功效已证实或相关行业规模已经增长，功能糖也不应全部归为法定食品添加剂。</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10">
        <w:r>
          <w:rPr>
            <w:rFonts w:ascii="宋体" w:eastAsia="宋体" w:hAnsi="宋体" w:cs="宋体"/>
            <w:color w:val="245D83"/>
            <w:sz w:val="19"/>
            <w:szCs w:val="19"/>
            <w:u w:val="single"/>
          </w:rPr>
          <w:t>中国食品添加剂和配料协会会后报道</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本刊按周内公开发布节点选编，较早发生的活动、案件及证书日期分别标明。统计窗口为北京时间9月11日16:30之后至9月18日16:30；仅供内部测试及信息参考。未核得可刊发条目不等于该领域没有更新；具体应用请查阅原文及适用要求。</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宋体" w:eastAsia="宋体" w:hAnsi="宋体" w:cs="宋体"/>
        <w:color w:val="555555"/>
        <w:sz w:val="17"/>
        <w:szCs w:val="17"/>
      </w:rPr>
      <w:t xml:space="preserve">食品添加剂行业资讯周报（内部测试版）  第 </w:t>
    </w:r>
    <w:r w:rsidR="00071710">
      <w:rPr>
        <w:rFonts w:ascii="宋体" w:eastAsia="宋体" w:hAnsi="宋体" w:cs="宋体"/>
        <w:color w:val="555555"/>
        <w:sz w:val="17"/>
        <w:szCs w:val="17"/>
      </w:rPr>
      <w:fldChar w:fldCharType="begin"/>
    </w:r>
    <w:r w:rsidR="00071710">
      <w:rPr>
        <w:rFonts w:ascii="宋体" w:eastAsia="宋体" w:hAnsi="宋体" w:cs="宋体"/>
        <w:color w:val="555555"/>
        <w:sz w:val="17"/>
        <w:szCs w:val="17"/>
      </w:rPr>
      <w:instrText>PAGE</w:instrText>
    </w:r>
    <w:r w:rsidR="00071710">
      <w:rPr>
        <w:rFonts w:ascii="宋体" w:eastAsia="宋体" w:hAnsi="宋体" w:cs="宋体"/>
        <w:color w:val="555555"/>
        <w:sz w:val="17"/>
        <w:szCs w:val="17"/>
      </w:rPr>
      <w:fldChar w:fldCharType="separate"/>
    </w:r>
    <w:r w:rsidR="00144C9B">
      <w:rPr>
        <w:rFonts w:ascii="宋体" w:eastAsia="宋体" w:hAnsi="宋体" w:cs="宋体"/>
        <w:noProof/>
        <w:color w:val="555555"/>
        <w:sz w:val="17"/>
        <w:szCs w:val="17"/>
      </w:rPr>
      <w:t>1</w:t>
    </w:r>
    <w:r w:rsidR="00071710">
      <w:rPr>
        <w:rFonts w:ascii="宋体" w:eastAsia="宋体" w:hAnsi="宋体" w:cs="宋体"/>
        <w:color w:val="555555"/>
        <w:sz w:val="17"/>
        <w:szCs w:val="17"/>
      </w:rPr>
      <w:fldChar w:fldCharType="end"/>
    </w:r>
    <w:r>
      <w:rPr>
        <w:rFonts w:ascii="宋体" w:eastAsia="宋体" w:hAnsi="宋体" w:cs="宋体"/>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宋体" w:eastAsia="宋体" w:hAnsi="宋体" w:cs="宋体"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宋体" w:eastAsia="宋体" w:hAnsi="宋体" w:cs="宋体"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宋体" w:eastAsia="宋体" w:hAnsi="宋体" w:cs="宋体"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宋体" w:eastAsia="宋体" w:hAnsi="宋体" w:cs="宋体"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hideSpellingErrors w:val="1"/>
  <w:zoom w:percent="100"/>
  <w:bordersDoNotSurroundHeader/>
  <w:bordersDoNotSurroundFooter/>
  <w:hideGrammaticalErrors w:val="1"/>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embedTrueTypeFonts w:val="false"/>
  <w:saveSubsetFonts w:val="false"/>
  <w:embedSystem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黑体" w:eastAsia="黑体" w:hAnsi="黑体" w:cs="黑体"/>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黑体" w:eastAsia="黑体" w:hAnsi="黑体" w:cs="黑体"/>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黑体" w:eastAsia="黑体" w:hAnsi="黑体" w:cs="黑体"/>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黑体" w:eastAsia="黑体" w:hAnsi="黑体" w:cs="黑体"/>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宋体" w:eastAsia="宋体" w:hAnsi="宋体" w:cs="宋体"/>
    </w:rPr>
  </w:style>
  <w:style w:type="paragraph" w:styleId="6">
    <w:name w:val="heading 6"/>
    <w:basedOn w:val="a1"/>
    <w:next w:val="a1"/>
    <w:link w:val="60"/>
    <w:uiPriority w:val="9"/>
    <w:semiHidden/>
    <w:unhideWhenUsed/>
    <w:qFormat/>
    <w:rsid w:val="00FC693F"/>
    <w:pPr>
      <w:keepNext/>
      <w:keepLines/>
      <w:spacing w:before="200" w:after="0"/>
      <w:outlineLvl w:val="5"/>
    </w:pPr>
    <w:rPr>
      <w:rFonts w:ascii="宋体" w:eastAsia="宋体" w:hAnsi="宋体" w:cs="宋体"/>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宋体" w:eastAsia="宋体" w:hAnsi="宋体" w:cs="宋体"/>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宋体" w:eastAsia="宋体" w:hAnsi="宋体" w:cs="宋体"/>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宋体" w:eastAsia="宋体" w:hAnsi="宋体" w:cs="宋体"/>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宋体" w:eastAsia="宋体" w:hAnsi="宋体" w:cs="宋体"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宋体" w:eastAsia="宋体" w:hAnsi="宋体" w:cs="宋体"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黑体" w:eastAsia="黑体" w:hAnsi="黑体" w:cs="黑体" w:hint="eastAsia"/>
      <w:b/>
      <w:bCs/>
      <w:i w:val="0"/>
      <w:color w:val="000000"/>
      <w:sz w:val="28"/>
      <w:szCs w:val="28"/>
      <w:lang w:val="zh-CN" w:eastAsia="zh-CN"/>
    </w:rPr>
  </w:style>
  <w:style w:type="character" w:customStyle="1" w:styleId="22">
    <w:name w:val="标题 2 字符"/>
    <w:basedOn w:val="a2"/>
    <w:link w:val="21"/>
    <w:uiPriority w:val="9"/>
    <w:rsid w:val="00FC693F"/>
    <w:rPr>
      <w:rFonts w:ascii="黑体" w:eastAsia="黑体" w:hAnsi="黑体" w:cs="黑体" w:hint="eastAsia"/>
      <w:b/>
      <w:bCs/>
      <w:i w:val="0"/>
      <w:color w:val="000000"/>
      <w:sz w:val="26"/>
      <w:szCs w:val="26"/>
      <w:lang w:val="zh-CN" w:eastAsia="zh-CN"/>
    </w:rPr>
  </w:style>
  <w:style w:type="character" w:customStyle="1" w:styleId="32">
    <w:name w:val="标题 3 字符"/>
    <w:basedOn w:val="a2"/>
    <w:link w:val="31"/>
    <w:uiPriority w:val="9"/>
    <w:rsid w:val="00FC693F"/>
    <w:rPr>
      <w:rFonts w:ascii="黑体" w:eastAsia="黑体" w:hAnsi="黑体" w:cs="黑体"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黑体" w:eastAsia="黑体" w:hAnsi="黑体" w:cs="黑体"/>
      <w:b/>
      <w:bCs/>
      <w:sz w:val="46"/>
      <w:szCs w:val="46"/>
    </w:rPr>
  </w:style>
  <w:style w:type="character" w:customStyle="1" w:styleId="ab">
    <w:name w:val="标题 字符"/>
    <w:basedOn w:val="a2"/>
    <w:link w:val="aa"/>
    <w:uiPriority w:val="10"/>
    <w:rsid w:val="00FC693F"/>
    <w:rPr>
      <w:rFonts w:ascii="宋体" w:eastAsia="宋体" w:hAnsi="宋体" w:cs="宋体"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宋体" w:eastAsia="宋体" w:hAnsi="宋体" w:cs="宋体"/>
      <w:iCs/>
      <w:sz w:val="22"/>
      <w:szCs w:val="22"/>
    </w:rPr>
  </w:style>
  <w:style w:type="character" w:customStyle="1" w:styleId="ad">
    <w:name w:val="副标题 字符"/>
    <w:basedOn w:val="a2"/>
    <w:link w:val="ac"/>
    <w:uiPriority w:val="11"/>
    <w:rsid w:val="00FC693F"/>
    <w:rPr>
      <w:rFonts w:ascii="宋体" w:eastAsia="宋体" w:hAnsi="宋体" w:cs="宋体"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宋体" w:eastAsia="宋体" w:hAnsi="宋体" w:cs="宋体"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宋体" w:eastAsia="宋体" w:hAnsi="宋体" w:cs="宋体"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宋体" w:eastAsia="宋体" w:hAnsi="宋体" w:cs="宋体"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宋体" w:eastAsia="宋体" w:hAnsi="宋体" w:cs="宋体"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宋体" w:eastAsia="宋体" w:hAnsi="宋体" w:cs="宋体" w:hint="eastAsia"/>
      <w:i w:val="0"/>
      <w:iCs/>
      <w:color w:val="000000"/>
      <w:lang w:val="zh-CN" w:eastAsia="zh-CN"/>
    </w:rPr>
  </w:style>
  <w:style w:type="character" w:customStyle="1" w:styleId="40">
    <w:name w:val="标题 4 字符"/>
    <w:basedOn w:val="a2"/>
    <w:link w:val="4"/>
    <w:uiPriority w:val="9"/>
    <w:semiHidden/>
    <w:rsid w:val="00FC693F"/>
    <w:rPr>
      <w:rFonts w:ascii="黑体" w:eastAsia="黑体" w:hAnsi="黑体" w:cs="黑体" w:hint="eastAsia"/>
      <w:b/>
      <w:bCs/>
      <w:i w:val="0"/>
      <w:iCs/>
      <w:color w:val="000000"/>
      <w:lang w:val="zh-CN" w:eastAsia="zh-CN"/>
    </w:rPr>
  </w:style>
  <w:style w:type="character" w:customStyle="1" w:styleId="50">
    <w:name w:val="标题 5 字符"/>
    <w:basedOn w:val="a2"/>
    <w:link w:val="5"/>
    <w:uiPriority w:val="9"/>
    <w:semiHidden/>
    <w:rsid w:val="00FC693F"/>
    <w:rPr>
      <w:rFonts w:ascii="宋体" w:eastAsia="宋体" w:hAnsi="宋体" w:cs="宋体" w:hint="eastAsia"/>
      <w:i w:val="0"/>
      <w:color w:val="000000"/>
      <w:lang w:val="zh-CN" w:eastAsia="zh-CN"/>
    </w:rPr>
  </w:style>
  <w:style w:type="character" w:customStyle="1" w:styleId="60">
    <w:name w:val="标题 6 字符"/>
    <w:basedOn w:val="a2"/>
    <w:link w:val="6"/>
    <w:uiPriority w:val="9"/>
    <w:semiHidden/>
    <w:rsid w:val="00FC693F"/>
    <w:rPr>
      <w:rFonts w:ascii="宋体" w:eastAsia="宋体" w:hAnsi="宋体" w:cs="宋体" w:hint="eastAsia"/>
      <w:i w:val="0"/>
      <w:iCs/>
      <w:color w:val="000000"/>
      <w:lang w:val="zh-CN" w:eastAsia="zh-CN"/>
    </w:rPr>
  </w:style>
  <w:style w:type="character" w:customStyle="1" w:styleId="70">
    <w:name w:val="标题 7 字符"/>
    <w:basedOn w:val="a2"/>
    <w:link w:val="7"/>
    <w:uiPriority w:val="9"/>
    <w:semiHidden/>
    <w:rsid w:val="00FC693F"/>
    <w:rPr>
      <w:rFonts w:ascii="宋体" w:eastAsia="宋体" w:hAnsi="宋体" w:cs="宋体" w:hint="eastAsia"/>
      <w:i w:val="0"/>
      <w:iCs/>
      <w:color w:val="000000"/>
      <w:lang w:val="zh-CN" w:eastAsia="zh-CN"/>
    </w:rPr>
  </w:style>
  <w:style w:type="character" w:customStyle="1" w:styleId="80">
    <w:name w:val="标题 8 字符"/>
    <w:basedOn w:val="a2"/>
    <w:link w:val="8"/>
    <w:uiPriority w:val="9"/>
    <w:semiHidden/>
    <w:rsid w:val="00FC693F"/>
    <w:rPr>
      <w:rFonts w:ascii="宋体" w:eastAsia="宋体" w:hAnsi="宋体" w:cs="宋体" w:hint="eastAsia"/>
      <w:i w:val="0"/>
      <w:color w:val="000000"/>
      <w:sz w:val="20"/>
      <w:szCs w:val="20"/>
      <w:lang w:val="zh-CN" w:eastAsia="zh-CN"/>
    </w:rPr>
  </w:style>
  <w:style w:type="character" w:customStyle="1" w:styleId="90">
    <w:name w:val="标题 9 字符"/>
    <w:basedOn w:val="a2"/>
    <w:link w:val="9"/>
    <w:uiPriority w:val="9"/>
    <w:semiHidden/>
    <w:rsid w:val="00FC693F"/>
    <w:rPr>
      <w:rFonts w:ascii="宋体" w:eastAsia="宋体" w:hAnsi="宋体" w:cs="宋体"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黑体" w:eastAsia="黑体" w:hAnsi="黑体" w:cs="黑体" w:hint="eastAsia"/>
      <w:b/>
      <w:bCs/>
      <w:i w:val="0"/>
      <w:color w:val="000000"/>
      <w:lang w:val="zh-CN" w:eastAsia="zh-CN"/>
    </w:rPr>
  </w:style>
  <w:style w:type="character" w:styleId="af9">
    <w:name w:val="Emphasis"/>
    <w:basedOn w:val="a2"/>
    <w:uiPriority w:val="20"/>
    <w:qFormat/>
    <w:rsid w:val="00FC693F"/>
    <w:rPr>
      <w:rFonts w:ascii="宋体" w:eastAsia="宋体" w:hAnsi="宋体" w:cs="宋体"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黑体" w:eastAsia="黑体" w:hAnsi="黑体" w:cs="黑体" w:hint="eastAsia"/>
      <w:b/>
      <w:bCs/>
      <w:i w:val="0"/>
      <w:iCs/>
      <w:color w:val="000000"/>
      <w:lang w:val="zh-CN" w:eastAsia="zh-CN"/>
    </w:rPr>
  </w:style>
  <w:style w:type="character" w:styleId="afc">
    <w:name w:val="Subtle Emphasis"/>
    <w:basedOn w:val="a2"/>
    <w:uiPriority w:val="19"/>
    <w:qFormat/>
    <w:rsid w:val="00FC693F"/>
    <w:rPr>
      <w:rFonts w:ascii="宋体" w:eastAsia="宋体" w:hAnsi="宋体" w:cs="宋体" w:hint="eastAsia"/>
      <w:i w:val="0"/>
      <w:iCs/>
      <w:color w:val="000000"/>
      <w:lang w:val="zh-CN" w:eastAsia="zh-CN"/>
    </w:rPr>
  </w:style>
  <w:style w:type="character" w:styleId="afd">
    <w:name w:val="Intense Emphasis"/>
    <w:basedOn w:val="a2"/>
    <w:uiPriority w:val="21"/>
    <w:qFormat/>
    <w:rsid w:val="00FC693F"/>
    <w:rPr>
      <w:rFonts w:ascii="黑体" w:eastAsia="黑体" w:hAnsi="黑体" w:cs="黑体" w:hint="eastAsia"/>
      <w:b/>
      <w:bCs/>
      <w:i w:val="0"/>
      <w:iCs/>
      <w:color w:val="000000"/>
      <w:lang w:val="zh-CN" w:eastAsia="zh-CN"/>
    </w:rPr>
  </w:style>
  <w:style w:type="character" w:styleId="afe">
    <w:name w:val="Subtle Reference"/>
    <w:basedOn w:val="a2"/>
    <w:uiPriority w:val="31"/>
    <w:qFormat/>
    <w:rsid w:val="00FC693F"/>
    <w:rPr>
      <w:rFonts w:ascii="宋体" w:eastAsia="宋体" w:hAnsi="宋体" w:cs="宋体" w:hint="eastAsia"/>
      <w:i w:val="0"/>
      <w:smallCaps/>
      <w:color w:val="000000"/>
      <w:u w:val="single"/>
      <w:lang w:val="zh-CN" w:eastAsia="zh-CN"/>
    </w:rPr>
  </w:style>
  <w:style w:type="character" w:styleId="aff">
    <w:name w:val="Intense Reference"/>
    <w:basedOn w:val="a2"/>
    <w:uiPriority w:val="32"/>
    <w:qFormat/>
    <w:rsid w:val="00FC693F"/>
    <w:rPr>
      <w:rFonts w:ascii="黑体" w:eastAsia="黑体" w:hAnsi="黑体" w:cs="黑体" w:hint="eastAsia"/>
      <w:b/>
      <w:bCs/>
      <w:i w:val="0"/>
      <w:smallCaps/>
      <w:color w:val="000000"/>
      <w:u w:val="single"/>
      <w:lang w:val="zh-CN" w:eastAsia="zh-CN"/>
    </w:rPr>
  </w:style>
  <w:style w:type="character" w:styleId="aff0">
    <w:name w:val="Book Title"/>
    <w:basedOn w:val="a2"/>
    <w:uiPriority w:val="33"/>
    <w:qFormat/>
    <w:rsid w:val="00FC693F"/>
    <w:rPr>
      <w:rFonts w:ascii="黑体" w:eastAsia="黑体" w:hAnsi="黑体" w:cs="黑体"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宋体" w:eastAsia="宋体" w:hAnsi="宋体" w:cs="宋体"/>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黑体" w:eastAsia="黑体" w:hAnsi="黑体" w:cs="黑体"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黑体" w:eastAsia="黑体" w:hAnsi="黑体" w:cs="黑体"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黑体" w:eastAsia="黑体" w:hAnsi="黑体" w:cs="黑体"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黑体" w:eastAsia="黑体" w:hAnsi="黑体" w:cs="黑体"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黑体" w:eastAsia="黑体" w:hAnsi="黑体" w:cs="黑体"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黑体" w:eastAsia="黑体" w:hAnsi="黑体" w:cs="黑体"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黑体" w:eastAsia="黑体" w:hAnsi="黑体" w:cs="黑体"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黑体" w:eastAsia="黑体" w:hAnsi="黑体" w:cs="黑体"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黑体" w:eastAsia="黑体" w:hAnsi="黑体" w:cs="黑体"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黑体" w:eastAsia="黑体" w:hAnsi="黑体" w:cs="黑体"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黑体" w:eastAsia="黑体" w:hAnsi="黑体" w:cs="黑体"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黑体" w:eastAsia="黑体" w:hAnsi="黑体" w:cs="黑体"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黑体" w:eastAsia="黑体" w:hAnsi="黑体" w:cs="黑体"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黑体" w:eastAsia="黑体" w:hAnsi="黑体" w:cs="黑体"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宋体" w:eastAsia="宋体" w:hAnsi="宋体" w:cs="宋体"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宋体" w:eastAsia="宋体" w:hAnsi="宋体" w:cs="宋体"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宋体" w:eastAsia="宋体" w:hAnsi="宋体" w:cs="宋体"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宋体" w:eastAsia="宋体" w:hAnsi="宋体" w:cs="宋体"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宋体" w:eastAsia="宋体" w:hAnsi="宋体" w:cs="宋体"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宋体" w:eastAsia="宋体" w:hAnsi="宋体" w:cs="宋体"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宋体" w:eastAsia="宋体" w:hAnsi="宋体" w:cs="宋体"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1001" Type="http://schemas.openxmlformats.org/officeDocument/2006/relationships/hyperlink" Target="https://www.samr.gov.cn/hd/zjdc/art/2026/art_645badc2faaa4f7fa52f9ba11ba7a0bd.html" TargetMode="External"/><Relationship Id="rId1002" Type="http://schemas.openxmlformats.org/officeDocument/2006/relationships/hyperlink" Target="https://www.samr.gov.cn/xw/sj/art/2026/art_3e78d8a153954c6f9fd542b3705547c7.html" TargetMode="External"/><Relationship Id="rId1003" Type="http://schemas.openxmlformats.org/officeDocument/2006/relationships/hyperlink" Target="https://www.cfs.gov.hk/sc_chi/multimedia/multimedia_pub/multimedia_pub_fsf_242_02.html" TargetMode="External"/><Relationship Id="rId1004" Type="http://schemas.openxmlformats.org/officeDocument/2006/relationships/hyperlink" Target="https://www.cfs.gov.hk/sc_chi/whatsnew/whatsnew_fstr/whatsnew_fstr_Proposed_Amendments_Preservatives_Food_Regulation.html" TargetMode="External"/><Relationship Id="rId1005" Type="http://schemas.openxmlformats.org/officeDocument/2006/relationships/hyperlink" Target="https://www.samr.gov.cn/xw/sj/art/2026/art_9c509476a8dc48e2af9912af04ceb23b.html" TargetMode="External"/><Relationship Id="rId1006" Type="http://schemas.openxmlformats.org/officeDocument/2006/relationships/hyperlink" Target="https://amr.sz.gov.cn/xxgk/qt/ztlm/spaqjg1/tzgg/content/post_12983596.html" TargetMode="External"/><Relationship Id="rId1007" Type="http://schemas.openxmlformats.org/officeDocument/2006/relationships/hyperlink" Target="https://efsa.onlinelibrary.wiley.com/doi/10.2903/j.efsa.2026.10232" TargetMode="External"/><Relationship Id="rId1008" Type="http://schemas.openxmlformats.org/officeDocument/2006/relationships/hyperlink" Target="https://futurefoods.jiangnan.edu.cn/info/1072/2402.htm" TargetMode="External"/><Relationship Id="rId1009" Type="http://schemas.openxmlformats.org/officeDocument/2006/relationships/hyperlink" Target="https://www.blb-cn.com/index/index/news_centre_details?news_id=564" TargetMode="External"/><Relationship Id="rId1010" Type="http://schemas.openxmlformats.org/officeDocument/2006/relationships/hyperlink" Target="https://www.cfaa.cn/lxweb/showSecondryPage.action?chapter.id=4366&amp;subLanmuVo.paramRoot=UTI_INDUSTRY_DYNAMIC&amp;ty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黑体"/>
        <a:ea typeface="黑体"/>
        <a:cs typeface="黑体"/>
        <a:font script="Jpan" typeface="黑体"/>
        <a:font script="Hang" typeface="黑体"/>
        <a:font script="Hans" typeface="黑体"/>
        <a:font script="Hant" typeface="黑体"/>
        <a:font script="Arab" typeface="黑体"/>
        <a:font script="Hebr" typeface="黑体"/>
        <a:font script="Thai" typeface="黑体"/>
        <a:font script="Ethi" typeface="黑体"/>
        <a:font script="Beng" typeface="黑体"/>
        <a:font script="Gujr" typeface="黑体"/>
        <a:font script="Khmr" typeface="黑体"/>
        <a:font script="Knda" typeface="黑体"/>
        <a:font script="Guru" typeface="黑体"/>
        <a:font script="Cans" typeface="黑体"/>
        <a:font script="Cher" typeface="黑体"/>
        <a:font script="Yiii" typeface="黑体"/>
        <a:font script="Tibt" typeface="黑体"/>
        <a:font script="Thaa" typeface="黑体"/>
        <a:font script="Deva" typeface="黑体"/>
        <a:font script="Telu" typeface="黑体"/>
        <a:font script="Taml" typeface="黑体"/>
        <a:font script="Syrc" typeface="黑体"/>
        <a:font script="Orya" typeface="黑体"/>
        <a:font script="Mlym" typeface="黑体"/>
        <a:font script="Laoo" typeface="黑体"/>
        <a:font script="Sinh" typeface="黑体"/>
        <a:font script="Mong" typeface="黑体"/>
        <a:font script="Viet" typeface="黑体"/>
        <a:font script="Uigh" typeface="黑体"/>
        <a:font script="Geor" typeface="黑体"/>
      </a:majorFont>
      <a:minorFont>
        <a:latin typeface="宋体"/>
        <a:ea typeface="宋体"/>
        <a:cs typeface="宋体"/>
        <a:font script="Jpan" typeface="宋体"/>
        <a:font script="Hang" typeface="宋体"/>
        <a:font script="Hans" typeface="宋体"/>
        <a:font script="Hant" typeface="宋体"/>
        <a:font script="Arab" typeface="宋体"/>
        <a:font script="Hebr" typeface="宋体"/>
        <a:font script="Thai" typeface="宋体"/>
        <a:font script="Ethi" typeface="宋体"/>
        <a:font script="Beng" typeface="宋体"/>
        <a:font script="Gujr" typeface="宋体"/>
        <a:font script="Khmr" typeface="宋体"/>
        <a:font script="Knda" typeface="宋体"/>
        <a:font script="Guru" typeface="宋体"/>
        <a:font script="Cans" typeface="宋体"/>
        <a:font script="Cher" typeface="宋体"/>
        <a:font script="Yiii" typeface="宋体"/>
        <a:font script="Tibt" typeface="宋体"/>
        <a:font script="Thaa" typeface="宋体"/>
        <a:font script="Deva" typeface="宋体"/>
        <a:font script="Telu" typeface="宋体"/>
        <a:font script="Taml" typeface="宋体"/>
        <a:font script="Syrc" typeface="宋体"/>
        <a:font script="Orya" typeface="宋体"/>
        <a:font script="Mlym" typeface="宋体"/>
        <a:font script="Laoo" typeface="宋体"/>
        <a:font script="Sinh" typeface="宋体"/>
        <a:font script="Mong" typeface="宋体"/>
        <a:font script="Viet" typeface="宋体"/>
        <a:font script="Uigh" typeface="宋体"/>
        <a:font script="Geor"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食品添加剂行业资讯周报（内部测试版）</dc:title>
  <dc:subject>2026年9月11日16:30至9月18日16:30（北京时间）</dc:subject>
  <dc:creator>Neil Yu</dc:creator>
  <cp:keywords/>
  <dc:description/>
  <cp:lastModifiedBy>Neil Yu</cp:lastModifiedBy>
  <cp:revision>2</cp:revision>
  <dcterms:created xsi:type="dcterms:W3CDTF">2026-09-12T05:44:00Z</dcterms:created>
  <dcterms:modified xsi:type="dcterms:W3CDTF">2026-09-21T00:00:00Z</dcterms:modified>
  <cp:category/>
</cp:coreProperties>
</file>