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相关酶制剂项目可跟踪后续征求意见、技术审查与最终公告；当前不能据受理公示认定已经获得新品种许可。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涉及大蒜油原料与配方的企业应区分既有产品合规依据与本次申请；不能从名称相同推定适用，也不能把受理日期当作批准日期。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茶叶着色风险与香辛料二氧化硫残留应分别核查原料、工艺及供应商控制。本次结论只对应公告所列批次及检验项目，不外推同类产品整体合规水平。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公告未给出各添加剂问题的独立批次数，不能据此计算其发生率。对复配防腐体系，可将适用食品类别、各单项用量和比例之和作为联合复核点；季度通报的发布日期与其统计期分开。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本案反映亚硫酸盐标示问题，不能据78 mg/kg直接改写为添加剂超限或未经授权使用。此条依据截止10月17日的已验证共享快照及原始详情，不表示完成本期RASFF全部相关通报的逐案复核。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本期关注甘露聚糖酶和大蒜油新品种申请受理、着色剂和二氧化硫抽检、复配防腐剂控制及亚硫酸盐标示。收录5条经原始资料核验的窗口内资讯；受理、许可、检验结果和合规判断分别表述。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甘露聚糖酶新品种申请进入受理环节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中国｜2026-10-12公开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国家卫生健康委政务服务平台公示，甘露聚糖酶申请于10月12日受理，受理编号为卫食添新申字(2026)第0059号。公示仅列示受理信息，未给出获准使用范围、限量或质量规格。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国家卫生健康委政务服务平台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大蒜油新品种申请受理，后续使用条件仍待公告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中国｜2026-10-13公开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国家卫生健康委政务服务平台公示，大蒜油申请于10月13日受理，受理编号为卫食添新申字(2026)第0060号。当前页面未披露本次申请的具体使用范围、生产工艺或拟定规格。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国家卫生健康委政务服务平台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上海抽检：红茶检出柠檬黄，八角二氧化硫残留超限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上海｜2026-10-15公开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上海市市场监管局第27期省级食品安全抽检共涉及1865批次，其中7批次不合格。与添加剂直接相关的附件记录为：一批英红九号红茶（分装）检出柠檬黄0.120 g/kg，标准值为不得使用；一批八角二氧化硫残留量为0.310 g/kg，标准限值为0.15 g/kg。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上海市市场监督管理局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上海季度抽检提示复配防腐剂与二氧化硫风险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上海｜2026-10-12公开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10月12日发布第三季度抽检情况分析：33大类食品共抽检52081批次，发现不合格样品1417批次，监督抽检不合格率为2.72%。公告列举的相关问题包括餐饮食品铝残留、蔬菜制品二氧化硫残留，以及防腐剂混合使用时各自用量占其最大使用量的比例之和不合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上海市市场监督管理局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RASFF通报煮马铃薯亚硫酸盐标示问题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欧盟｜10月15日验证通报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经校验的RASFF共享快照记录显示，通报2026.9179于10月15日经欧委会验证，涉及奥地利来源煮马铃薯，由斯洛文尼亚通报。详情列示亚硫酸盐检测结果78 mg/kg，危害为未适当声明的致敏原，风险判定为serious。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 Window（已核验共享快照）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编制日期：2026年10月18日。资讯窗口为北京时间2026年10月9日16:30之后至10月16日16:30（左开右闭），按原始公开或通报验证日期收录，统计及活动期间另列。部分来源访问或覆盖受限，本刊不代表全面穷尽；空缺栏目不以旧闻补足。RASFF条目基于已校验共享快照及逐案原始详情，不代表完成本期所有相关通报审查。事实与业务关注分开列示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zwfw.nhc.gov.cn/kzx/slgs/sptjjxpzsp/202610/t20261013_3371.html" TargetMode="External"/><Relationship Id="rIdNewsletterSource2" Type="http://schemas.openxmlformats.org/officeDocument/2006/relationships/hyperlink" Target="https://zwfw.nhc.gov.cn/kzx/slgs/sptjjxpzsp/202610/t20261014_3372.html" TargetMode="External"/><Relationship Id="rIdNewsletterSource3" Type="http://schemas.openxmlformats.org/officeDocument/2006/relationships/hyperlink" Target="https://scjgj.sh.gov.cn/922/20261015/2c984ad6a1202ab601a13d30c79f5a8c.html" TargetMode="External"/><Relationship Id="rIdNewsletterSource4" Type="http://schemas.openxmlformats.org/officeDocument/2006/relationships/hyperlink" Target="https://scjgj.sh.gov.cn/922/20261012/2c984a72a0c9d5ff01a12e578e3a336c.html" TargetMode="External"/><Relationship Id="rIdNewsletterSource5" Type="http://schemas.openxmlformats.org/officeDocument/2006/relationships/hyperlink" Target="https://webgate.ec.europa.eu/rasff-window/screen/notification/880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2026-10-18T02:31:03Z</dcterms:created>
  <dcterms:modified xsi:type="dcterms:W3CDTF">2026-10-18T02:31:03Z</dcterms:modified>
  <cp:category/>
</cp:coreProperties>
</file>