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食品添加剂行业资讯周报（内部测试版）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2026年10月16日16:30至10月23日16:30（北京时间）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一、法规标准与许可进展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立项建议须附科学依据、标准草案和编制说明，添加剂相关项目可据实提出。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二、安全评价、抽检与合规风险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两批次公告标准值均为不得使用，不能套用相邻食品类别限量判断。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苏丹I、IV属于通报所列未经授权着色问题，不能按一般限量超标处理。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两案属于亚硫酸盐标示风险，现有通报不足以推导添加剂使用超限。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三、新型添加剂、制造工艺与应用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四、检测方法、质量规格与验证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关注酿造鉴定、酶制剂生产及膳食纤维检测方向，正式编号和发布实施仍待核。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五、产业供应、市场与企业实质动态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六、行业交流、标准化与前瞻议题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围绕国标立项征集、添加剂使用与标示风险、酶制剂及检测标准进展展开，按监管原文、企业披露分别标明证据属性。实际编制日期为2026年10月25日；覆盖窗口保持原周五16:30闭环，未将延迟编制日作为新闻截止日。</w:t>
      </w:r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期依据已核验的官方原文、抽检附件、RASFF公开详情及公司披露编制，供技术研判与业务准备。两个卫健委定向栏目已独立核验；部分普通来源仍受访问、动态加载及覆盖局限影响，不代表全网穷尽。未核清的截止边界及日期矛盾信息不纳入，空栏不补旧闻。RASFF依据截止10月24日的共享快照，取样日、公开验证日与后续措施分开；风险结论不外推至同类产品整体。企业披露的标准送审审查不等于正式发布实施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一、法规标准与许可进展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2027年度食品安全国标立项建议征集启动，11月30日截止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中国内地｜2026年10月19日公开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国家卫生健康委办公厅公开征集2027年度食品安全国家标准立项建议，文件为国卫办食品函〔2026〕332号。2027年度建议收集截止日为2026年11月30日；征集系统全年开放，年度截止日与系统关闭日期不能混同。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函件要求建议具有充分科学依据及相对成熟的标准文本草案，在线报送立项建议书，并提交标准草案和编制说明。依据可包括风险监测、监督抽检、行业企业调查、毒理、膳食暴露及风险评估数据；农兽药残留限量及检验方法另行征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业务关注：添加剂质量规格、使用管理及检测项目可据实际风险和成熟技术提出立项建议，提前整理方法适用性、产业影响及国内外标准比较证据。本次是立项建议征集，尚不代表具体标准获批立项或技术要求已变更。文件落款为10月15日，本刊按官网10月19日公开节点归窗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国家卫健委原文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二、安全评价、抽检与合规风险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上海抽检：黑米馒头检出山梨酸，白芷检出二氧化硫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中国内地｜2026年10月22日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上海市市场监管局第28期省级食品安全抽检涉及15大类、1906批次，其中1899批次合格、7批次不合格。与添加剂直接相关的两批次分别为粮食加工品和调味品，数值已与不合格附件核对。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一批黑米馒头（发酵面制品）检出山梨酸及其钾盐（以山梨酸计）0.466 g/kg，标准值为不得使用；一批白芷的二氧化硫残留量为0.396 g/kg，标准值同为不得使用。结论仅对应公告所列批次及检验项目。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业务关注：发酵面制品防腐与药食同源香辛料处理应分别核对食品类别、使用依据和原料带入。对本案应按公告“不得使用”的判定口径追查工艺与供应商，不以其他食品类别的允许限量解释为合规。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上海市市场监管局公告及附件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RASFF通报土耳其漆树果香辛料含未经授权苏丹染料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欧盟｜2026年10月20日验证公开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RASFF通报2026.9343涉及土耳其来源的漆树果粉（ground sumac），德国在市场官方检查后发出警报通报，风险判定为serious（严重）。原始详情分别列示苏丹I和苏丹IV，类别为未经授权着色剂。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通报检测结果分别为（534.5 ± 267.2）µg/kg及（114.2 ± 57.1）µg/kg；本刊保留原始数值及其不确定度表达，不把检出量转换为已证实的健康损害程度。公开验证日期为10月20日，取样日期为9月17日。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业务关注：红色香辛料及复配调味原料可据供应链风险设置非法着色筛查，核对检测方法覆盖的苏丹染料及定性确认能力。未经授权着色与获准添加剂超限属于不同问题，整改不能仅靠降低添加量。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RASFF通报2026.9343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葡萄干及蔬菜罐藏制品被通报亚硫酸盐未声明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欧盟｜2026年10月21日及22日验证公开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RASFF通报2026.9369于10月21日验证公开，涉及土耳其来源葡萄干，由法国通报未声明亚硫酸盐，风险判定为potentially serious（可能严重），列示撤市和消费者召回措施。公开危害字段未提供定量结果。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通报2026.9423于10月22日验证公开，涉及意大利蔬菜罐藏制品，基于企业自检，风险判定为serious（严重），列示消费者召回。检测字段只写“Positivo”（阳性），未提供可引用的具体浓度；不能据此自行计算超标倍数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业务关注：原辅料亚硫酸盐信息、成品检测与致敏原标签应联动核对。两案支持检查未声明风险，不能直接改写为超过添加剂使用限量，也不据原料来源外推同类产品整体风险。本条合并两个独立通报，编号和链接分别保留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RASFF通报2026.9369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RASFF通报2026.9423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四、检测方法、质量规格与验证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企业披露：酶制剂生产规范等八项标准完成送审审查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中国内地｜2026年10月17日披露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保龄宝10月17日公司动态披露，全国食品工业标准化技术委员会工业发酵分技术委员会10月11日在山东禹城召开会议，集中审查《酿造醋酸与合成醋酸的鉴定方法》《食品加工用酶制剂企业生产技术规范》等八项标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公司称送审稿经集体审议和投票通过审定，所涉方向还包括发酵食品质量、产品分类、纤维糖、玉米黄质及膳食纤维检测。本文只转述企业披露的审查进展，未取得全部八项标准编号、正式文本及发布实施公告。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业务关注：相关实验室与酶制剂企业可跟踪正式发布，预先盘点鉴别方法、生产控制和检测能力差距；在发布实施证据齐备前，不更新为强制适用要求或据此更改报告标准依据。按10月17日公开日期归窗，会议发生日单列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保龄宝公司动态（企业披露）</w:t>
        </w:r>
      </w:hyperlink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食品添加剂行业资讯周报（内部测试版）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nhc.gov.cn/sps/c100087/202610/8830d962fd824c36bdfe0e8a94369b8b.shtml" TargetMode="External"/><Relationship Id="rIdNewsletterSource2" Type="http://schemas.openxmlformats.org/officeDocument/2006/relationships/hyperlink" Target="https://scjgj.sh.gov.cn/922/20261022/2c984ad6a1202ab601a1612b83826742.html" TargetMode="External"/><Relationship Id="rIdNewsletterSource3" Type="http://schemas.openxmlformats.org/officeDocument/2006/relationships/hyperlink" Target="https://webgate.ec.europa.eu/rasff-window/screen/notification/881055" TargetMode="External"/><Relationship Id="rIdNewsletterSource4" Type="http://schemas.openxmlformats.org/officeDocument/2006/relationships/hyperlink" Target="https://webgate.ec.europa.eu/rasff-window/screen/notification/881228" TargetMode="External"/><Relationship Id="rIdNewsletterSource5" Type="http://schemas.openxmlformats.org/officeDocument/2006/relationships/hyperlink" Target="https://webgate.ec.europa.eu/rasff-window/screen/notification/881343" TargetMode="External"/><Relationship Id="rIdNewsletterSource6" Type="http://schemas.openxmlformats.org/officeDocument/2006/relationships/hyperlink" Target="https://www.blb-cn.com/index/index/news_centre_details?news_id=5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食品添加剂行业资讯周报（内部测试版）</dc:title>
  <dc:subject>2026年10月16日16:30至10月23日16:30（北京时间）</dc:subject>
  <dc:creator/>
  <cp:keywords/>
  <dc:description/>
  <cp:lastModifiedBy/>
  <cp:revision>1</cp:revision>
  <dcterms:created xsi:type="dcterms:W3CDTF">2026-10-25T01:13:10Z</dcterms:created>
  <dcterms:modified xsi:type="dcterms:W3CDTF">2026-10-25T01:13:10Z</dcterms:modified>
  <cp:category/>
</cp:coreProperties>
</file>