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食品添加剂行业资讯周报（内部测试版）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2026年10月23日16:30至10月30日16:30（北京时间）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一、法规标准与许可进展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新品种受理与获批分开判断，配方准入仍需核对有效公告。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二、安全评价、抽检与合规风险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香辛料着色合规与农残需并行核查，不能只看色素身份。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三、新型添加剂、制造工艺与应用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果胶配料研发宜关联结构表征与功能，不直接外推人体效果。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四、检测方法、质量规格与验证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五、产业供应、市场与企业实质动态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六、行业交流、标准化与前瞻议题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本期聚焦迷迭香提取物申请受理、香辛料着色风险与桃果胶结构研究，分别区分许可进展、监管警报及动物研究证据。实际编制日期为2026年11月1日，覆盖窗口仍截至10月30日16:30。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一、法规标准与许可进展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迷迭香提取物新品种申请获受理，尚不代表批准使用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中国内地｜2026年10月28日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国家卫健委政务服务平台公布，2026年10月28日受理迷迭香提取物食品添加剂新品种申请，受理编号为卫食添新申字(2026)第0061号。原页显示公开日期为10月28日，网址中的日期不替代页面日期。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本次信息属于申请受理节点，未公布获批使用范围、最大使用量或质量规格。不能据此推断其已新增授权，也不能推断现有同名原料的全部适用条件发生变化。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建议：涉及该原料的生产商及配方企业继续跟进技术审查和批准公告；原料身份、规格和实际食品类别应按现行有效授权逐项核对，暂不以受理公示调整配方准入。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国家卫健委政务服务平台受理公示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二、安全评价、抽检与合规风险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黎巴嫩漆树香辛料因未授权色素E122及毒死蜱触发欧盟警报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欧盟｜2026年10月26日公开验证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RASFF通报2026.9521由德国发起，涉及黎巴嫩来源的漆树香辛料（sumac），主题列出未授权使用的偶氮玉红E122及毒死蜱。该通报为警报，风险决定为“潜在严重”，记录包含消费者召回和市场撤回措施。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本条依据截止10月30日的共享官方详情快照。10月26日为公开验证日期，9月取样日期与10月30日后续更新分别处理；不把更新日写成新事件。官方详情将E122问题定性为该产品中的未授权使用，不能误写为全部食品一律禁用E122，亦不能从通报标题推算检测浓度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建议：香辛料进口商及复配调味料企业排查涉事来源和批次，核对目的地食品分类下的色素授权及供应商配方。针对可疑着色开展色素筛查与确认，同时独立复核农残合规；通报措施不外推至全部黎巴嫩香辛料。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欧委会RASFF通报2026.9521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三、新型添加剂、制造工艺与应用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桃果胶研究提示：结构分级决定功能评价，动物结果仍需转化验证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中国内地｜2026年10月27日科研进展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中国农业科学院农产品加工研究所10月27日介绍，团队通过分级提取与靶向酶解，比较水溶性、螯合性、碱溶性及酶修饰四类桃果胶组分，并在环磷酰胺诱导的免疫抑制小鼠模型中研究菌群、短链脂肪酸和免疫指标。该条日期为研究机构发布进展的日期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机构报道碱溶性果胶组分在该模型下表现较突出，并指出分支程度、RG-I结构域比例和单糖组成与部分菌属变化相关。本刊仅将其作为结构与活性关联的研究线索；动物模型、相关性分析不能直接证明人体功效或普通食品健康声称，也不表示新增食品添加剂授权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建议：果胶及功能配料研发团队把原料批次、提取工艺、结构表征与应用性能联动评价。商业化前补充目标食品中的稳定性、工艺适配和安全性证据，人体功效及标签声称另行核验。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中国农科院加工所科研进展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供技术研判与业务准备。两个卫健委定向栏目已独立核至窗口下界；其余来源存在访问失败、动态加载及覆盖局限，不代表全网穷尽。RASFF采用截止10月30日共享快照，边界及公开状态未核清者不入刊。申请受理不等于获批，动物研究不等于人体功效；空栏不补旧闻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食品添加剂行业资讯周报（内部测试版）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saveSubsetFonts w:val="false"/>
  <w:embedTrueType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zwfw.nhc.gov.cn/kzx/slgs/sptjjxpzsp/202610/t20261029_3377.html" TargetMode="External"/><Relationship Id="rIdNewsletterSource2" Type="http://schemas.openxmlformats.org/officeDocument/2006/relationships/hyperlink" Target="https://webgate.ec.europa.eu/rasff-window/screen/notification/882251" TargetMode="External"/><Relationship Id="rIdNewsletterSource3" Type="http://schemas.openxmlformats.org/officeDocument/2006/relationships/hyperlink" Target="https://ifst.caas.cn/xwzx/kyjz/fe79b75694fa48f987b80f3ca3dc3eb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食品添加剂行业资讯周报（内部测试版）</dc:title>
  <dc:subject>2026年10月23日16:30至10月30日16:30（北京时间）</dc:subject>
  <dc:creator/>
  <cp:keywords/>
  <dc:description/>
  <cp:lastModifiedBy/>
  <cp:revision>1</cp:revision>
  <dcterms:created xsi:type="dcterms:W3CDTF">2026-11-01T01:06:42Z</dcterms:created>
  <dcterms:modified xsi:type="dcterms:W3CDTF">2026-11-01T01:06:42Z</dcterms:modified>
  <cp:category/>
</cp:coreProperties>
</file>