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2026年9月25日16:30至10月2日16:30（北京时间）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酱料翻盖采用双色PP盖体与控流阀组合，材料清单及接触条件应按组件分别核实。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本期覆盖2026年9月25日16:30之后至10月2日16:30（含），实际编制于2026年10月4日。保留经日期及原文核实的企业产品结构披露；无合格新增的栏目不以旧闻补位。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四、新材料、结构设计与食品应用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Amcor为Choví酱料开发定制翻盖：双色PP盖体与控流阀组合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欧洲｜企业发布：2026年10月1日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Amcor于10月1日披露，为西班牙酱料品牌Choví开发定制翻盖，用于其沙拉、烧烤及小食酱料系列。公司称，设计通过曲线外形、双色结构及控流阀提升使用便利性，并由其西班牙制造能力支持交付。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原文将双色注塑盖体描述为聚丙烯（PP），同时另提控流阀。两部分须分开理解：企业披露不足以证明整套含阀组件均为PP，也未给出阀件配方、迁移试验条件或完整符合性文件。相关易用性及耐用性表述属于企业说明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对酱料包材开发和供应链审核，可将盖体、阀件及与瓶身配合部件分别纳入物料和接触条件清单，结合实际配方、油脂含量、接触温度与重复使用方式核对试验及合规文件；控流、密封与耐久性应以目标产品验证结果作决定。上述为技术关注建议，不表示该新品已经取得本周报的独立验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Amcor企业新闻原文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供食品接触材料技术与业务交流使用。企业披露不等同独立性能或合规验证；应用建议需结合产品、配方和接触条件。本次两个卫健委栏目保存内容已独立核至窗口下界，一般来源仍有访问和覆盖局限，不能视为全网完整检索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amcor.com/media/news/amcor-delivers-bespoke-closure-for-ch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2026年9月25日16:30至10月2日16:30（北京时间）</dc:subject>
  <dc:creator/>
  <cp:keywords/>
  <dc:description/>
  <cp:lastModifiedBy/>
  <cp:revision>1</cp:revision>
  <dcterms:created xsi:type="dcterms:W3CDTF">2026-10-04T09:53:26Z</dcterms:created>
  <dcterms:modified xsi:type="dcterms:W3CDTF">2026-10-04T09:53:26Z</dcterms:modified>
  <cp:category/>
</cp:coreProperties>
</file>