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2026年10月2日16:30至10月9日16:30（北京时间）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两起饮水瓶铝迁移结果为12及53 mg/kg；按原记录核对限值、适用条件与批次，不将迁移值当作材料总含量。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CleanClic Connect强调连接、出液及脱开后再闭合；接触安全、密封和实际卫生表现须另行验证。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Bay Minette冷轧首卷属于试车节点；60万吨规划产能及2027年商业发货不能当作已兑现供应。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区域项目拟收集回收1万吨纸盒及其他包装；本期节点是实地走访，不能据此宣称食品级再生料闭环。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收录4个编辑条目，关注中国来源铝瓶迁移、箱中袋连接结构、饮料包装铝材供应及东南亚纸盒回收。实际编制日期为2026年10月11日，覆盖期保持原周五16:30闭环。国内来源未核得可入选的当期新增，部分入口访问或覆盖受限，不等同国内没有更新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中国来源铝制饮水瓶两起迁移通报：复核接触条件与批次放行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欧盟｜2026-10-05通报核验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荷兰在10月5日核验的RASFF通报2026.8803和2026.8809，均涉及中国来源铝制饮水瓶。两份原始记录的铝迁移结果分别为12 mg/kg和53 mg/kg，所列比较限值均为5 mg/kg；风险判断为“潜在风险”，类型为“供跟进的信息通报”，荷兰采取撤市措施。两案容量不同，不合并为同一批次。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原记录的采样日期分别为2025年6月18日和4月30日，本刊按2026年10月5日通报核验这一新增节点收录，不写成当周采样。公开记录未给出完整试验条件及限值法律依据；数值是迁移结果，不是铝材总含量，也不直接推定中国标准不合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出口商和包材团队按产品与批次核对内表面处理、预期盛装介质、温度、时间及重复使用声明，并索取原检测条件和目标市场判定依据。根据真实用途安排迁移复核及供应商追溯；不能仅凭两案推断整类铝瓶风险水平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欧盟委员会RASFF｜2026.8803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欧盟委员会RASFF｜2026.8809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四、新材料、结构设计与食品应用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SIG推出可再闭合箱中袋接口：连接结构仍需使用验证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国际｜2026-10-06发布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SIG于10月6日发布CleanClic Connect箱中袋接口，适用于浓缩饮料、茶、奶精及奶昔混合物等餐饮出液场景。按企业披露，接口首次连接前保持密封，连接探针使通路开启；断开时塞体回到过盈配合位置并重新关闭，并兼容bag-in-tray系统。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该披露提供了结构设计和应用方向，不构成独立的迁移、无菌完整性或开封后货架期验证。选型时应核对接口及密封件材质、接触合规文件、与袋材和设备的适配，并以真实介质、操作循环及清洁条件验证密封和卫生表现。设计用于回收体系的表述，也不能代替所在地实际回收可达性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SIG官方发布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五、市场准入、供应链与合规文件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Novelis铝材新厂产出首卷：商业供货与客户认证仍在后续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美国｜2026-10-07发布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Novelis于10月7日披露，其美国阿拉巴马州Bay Minette铝回收与轧制工厂已在冷轧机产出首卷。项目投资约50亿美元；完全投运后的规划年轧制产能为60万吨，服务饮料包装、汽车及特种产品。配套回收中心规划每年处理超过150亿个用过的饮料罐。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企业表示相关资产仍处于调试阶段，正在推进客户认证，商业发货计划于2027年第二季度开始。首卷产出不等于食品接触包装材料已获客户批准，也不表示新增产能已可采购。采购规划应继续跟踪规格、表面处理和涂层适配、质量认证及批次再生含量追溯，不从产能目标推算实际供货或减碳结果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Novelis官方发布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六、再生循环、绿色包装与行业标准化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东南亚饮料纸盒回收项目完成印尼走访：目标不等于回收实绩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东南亚｜2026-10-08发布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SIG于10月8日披露，“Recycle for Good – Prevent Marine Litter”项目伙伴完成在印度尼西亚的首次实地走访，查看当地收集、回收和环境教育活动。项目还覆盖泰国与菲律宾，目标是收集并回收1万吨使用过的饮料纸盒及其他包装废弃物，并支持包容性废物管理体系。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1万吨是项目目标，公告未证明本期已完成该量，也未提供材料回到食品接触用途的安全认证。对绿色包装与供应链评价，建议分别核对收集量、分选损失、实际回收去向和可追溯记录；一般回收进展不直接证明再生材料可用于食品接触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SIG官方项目进展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聚焦食品接触材料及具有明确食品包装关联的产业节点。保留六栏监测结构，无合格新增的栏目不以旧闻补位。卫健委政策文件和工作动态均独立核至窗口下界，未见当期新增；24个计划来源均有实际处置，但多数普通入口为局部核验或访问失败，不作穷尽监测声明。RASFF按通报核验日期收录，采样期另列；具体比较限值不自动等同中国标准。企业结构、产能和回收目标属于披露，技术建议须结合真实用途验证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ebgate.ec.europa.eu/rasff-window/screen/notification/877372" TargetMode="External"/><Relationship Id="rIdNewsletterSource2" Type="http://schemas.openxmlformats.org/officeDocument/2006/relationships/hyperlink" Target="https://webgate.ec.europa.eu/rasff-window/screen/notification/877383" TargetMode="External"/><Relationship Id="rIdNewsletterSource3" Type="http://schemas.openxmlformats.org/officeDocument/2006/relationships/hyperlink" Target="https://www.sig.biz/de-de/media/pressemitteilungen/sig-launcht-sig-cleanclic-connect-innovative-bag-in-box-loesung-fuer-einfaches-anschliessen-und-ausgiessen-im-gastronomiebereich" TargetMode="External"/><Relationship Id="rIdNewsletterSource4" Type="http://schemas.openxmlformats.org/officeDocument/2006/relationships/hyperlink" Target="https://investors.novelis.com/news-events/press-releases/detail/1427/novelis-produces-first-coil-at-greenfield-aluminum-rolling-and-recycling-plant-in-alabama" TargetMode="External"/><Relationship Id="rIdNewsletterSource5" Type="http://schemas.openxmlformats.org/officeDocument/2006/relationships/hyperlink" Target="https://www.sig.biz/en-us/media/press-releases/recycle-for-good-prevent-marine-litter-partners-strengthen-collaboration-in-indonesia-following-launch-of-regional-initia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2026年10月2日16:30至10月9日16:30（北京时间）</dc:subject>
  <dc:creator/>
  <cp:keywords/>
  <dc:description/>
  <cp:lastModifiedBy/>
  <cp:revision>1</cp:revision>
  <dcterms:created xsi:type="dcterms:W3CDTF">2026-10-11T05:10:20Z</dcterms:created>
  <dcterms:modified xsi:type="dcterms:W3CDTF">2026-10-11T05:10:20Z</dcterms:modified>
  <cp:category/>
</cp:coreProperties>
</file>