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分析测试标准资讯周报（内部测试版）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2026年10月2日16:30至10月9日16:30（北京时间）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一、国内方法标准与监管检测动态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二、国际标准与官方方法进展</w:t>
            </w:r>
          </w:p>
        </w:tc>
        <w:tc>
          <w:tcPr>
            <w:tcW w:w="6860" w:type="dxa"/>
            <w:vAlign w:val="center"/>
          </w:tcPr>
          <w:p w14:paraId="066E3FEC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sz w:val="23"/>
                <w:szCs w:val="23"/>
              </w:rPr>
              <w:t xml:space="preserve">本期暂无可刊发条目。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三、验证研究与新分析技术</w:t>
            </w:r>
          </w:p>
        </w:tc>
        <w:tc>
          <w:tcPr>
            <w:tcW w:w="6860" w:type="dxa"/>
            <w:vAlign w:val="center"/>
          </w:tcPr>
          <w:p w14:paraId="066E3FEC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sz w:val="23"/>
                <w:szCs w:val="23"/>
              </w:rPr>
              <w:t xml:space="preserve"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四、标准物质、量值溯源与能力验证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孜然粉农残能力验证报名至10月19日，网络外实验室须个案确认资格。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五、实验室认可、质量控制与实施提示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六、征求意见、协作研究与关键时间节点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食品宏基因组最低信息文件进入工作组征集阶段，申请截止11月2日。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10月21日会议计划启动真菌毒素SMPR共识投票，尚处草案决策阶段。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10月29日研讨会讨论AI与机器学习在测序、筛查和检测中的应用。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编制日期：2026年10月11日。本期覆盖2026年10月2日16:30之后至10月9日16:30（北京时间）的公开资讯，精选4条已核官方信息，涉及农残能力验证、食品宏基因组信息规范及AOAC标准协作节点。会议日期与公开日期分别标明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四、标准物质、量值溯源与能力验证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欧盟农残能力验证EUPT-FV-SC09开放报名，基质为孜然粉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欧盟｜公开日期：2026-10-05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欧盟果蔬农药残留参考实验室10月5日公开EUPT-FV-SC09信息，测试材料为约30 g含农药残留的孜然粉，不提供空白样品。参与以欧盟国家参考实验室和官方实验室为主要对象；网络外实验室可按个案申请，自愿参加，材料有限时按报名先后受理。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网页列出的报名期为2026年10月5日至19日，样品计划11月30日发出，结果提交截至次年1月11日。具体方案预计最迟11月16日公布，时间表仍可能微调。目标农药清单另列最低要求报告水平，应与法规最大残留限量分别理解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技术关注：孜然粉基质适合检视提取净化、基质效应和多残留覆盖；上述判断是实验室规划建议。页面部分导航仍保留SC08旧标签，正式参与前应确认SC09方案和最新清单，不据本通知假定已完成方法验证或获得参与资格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欧盟农残参考实验室官方页面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六、征求意见、协作研究与关键时间节点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AOAC征集食品mNGS最低信息文件工作组专家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 / AOAC｜公开日期：2026-10-07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AOAC于10月7日征集志愿领域专家，拟建立面向食品宏基因组测序（mNGS）的最低信息文件工作组，申请截止2026年11月2日。公告确认的是工作组招募与文件开发目标，未公布已定稿的信息字段或方法性能要求。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实验室可关注样品背景、测序流程、生物信息分析版本和结果可追溯性的记录需求，并评估参与工作组的专业资源。这些是技术准备建议，不能作为AOAC已经规定上述字段的依据；当前通知亦不构成正式方法采纳或监管用途认可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AOAC官方通知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AOAC拟启动食品与饲料真菌毒素SMPR共识投票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 / AOAC｜公开日期：2026-10-07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AOAC于10月7日通知，Novel Foods项目将于10月21日召开利益相关方会议，计划现场启动食品与饲料真菌毒素标准方法性能要求（SMPR）的共识投票，并开放10天。会议将介绍草案形成过程及后续方法征集安排。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会议时间为美国东部夏令时10月21日11:00至12:00，对应北京时间当日23时至次日零时；报名截止东部夏令时10月20日17:00，对应北京时间10月21日5时。以上北京时间由公告时区换算。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本次公告是投票与会议安排，不能表述为SMPR已获通过或具体方法已经采纳。实验室可预先梳理拟申报方法的基质、目标物、定量能力和验证资料，具体性能要求及提交规则仍须以后续正式文本为准。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AOAC官方通知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AOAC发布AI与机器学习用于测序和生物监测的研讨会通知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 / AOAC｜公开日期：2026-10-07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AOAC于10月7日公布SPADA线上研讨会安排，主题涵盖AI与机器学习用于测序、筛查和检测的计算与湿实验室生物监测应用。会议计划于美国东部夏令时10月29日10:00至13:00举行，对应北京时间当日22:00至次日01:00。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对食品微生物和分子检测团队，这是一项跨领域技术观察入口，可重点关注模型验证、适用边界与可追溯性。通知未给出经验证的检测性能或食品方法批准结果，不据会议议题宣称AI已替代现行确认方法。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AOAC官方通知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刊用于技术监测与内部交流。卫健委政策文件和工作动态已分别核验，本窗口未发现合格新增。其他来源存在访问受限、分页或原文待核缺口，不能视为全来源完整覆盖。第一、二、三、五栏未纳入满足日期和原文核验要求的条目，不代表相关领域无更新；本期选稿均为国际信息。征集、草案投票和培训通知不等于正式标准或方法采纳；参与资格、方案版本与实施条件以官方最新文本为准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分析测试标准资讯周报（内部测试版）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saveSubsetFonts w:val="false"/>
  <w:embedTrueTypeFonts w:val="false"/>
  <w:embedSystem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eurl-pesticides.eu/docs/public/tmplt_article.asp?LabID=500&amp;CntID=1353&amp;Theme_ID=1&amp;Pdf=False&amp;Lang=EN" TargetMode="External"/><Relationship Id="rIdNewsletterSource2" Type="http://schemas.openxmlformats.org/officeDocument/2006/relationships/hyperlink" Target="https://www.aoac.org/news/call-for-volunteers-mngs-for-food/" TargetMode="External"/><Relationship Id="rIdNewsletterSource3" Type="http://schemas.openxmlformats.org/officeDocument/2006/relationships/hyperlink" Target="https://www.aoac.org/news/register-for-the-novel-foods-stakeholder-meeting-2/" TargetMode="External"/><Relationship Id="rIdNewsletterSource4" Type="http://schemas.openxmlformats.org/officeDocument/2006/relationships/hyperlink" Target="https://www.aoac.org/news/register-for-the-free-spada-ai-ml-for-ngs-webin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分析测试标准资讯周报（内部测试版）</dc:title>
  <dc:subject>2026年10月2日16:30至10月9日16:30（北京时间）</dc:subject>
  <dc:creator/>
  <cp:keywords/>
  <dc:description/>
  <cp:lastModifiedBy/>
  <cp:revision>1</cp:revision>
  <dcterms:created xsi:type="dcterms:W3CDTF">2026-10-11T12:10:53Z</dcterms:created>
  <dcterms:modified xsi:type="dcterms:W3CDTF">2026-10-11T12:10:53Z</dcterms:modified>
  <cp:category/>
</cp:coreProperties>
</file>