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趋势热点资讯周报（内部测试版）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2026年10月2日16:30至10月9日16:30（北京时间）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一、食品安全新风险与弱信号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风险交流信号：鱼种、食用频次与目标人群共同影响汞暴露。</w:t>
            </w:r>
          </w:p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监管事实：回收绑定具体产品、批次和保质期。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二、新原料、生产方式与技术成熟度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三、消费与供应链数据观察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研究信号：全球历史模拟揭示复合天气风险，地域应用仍待验证。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四、分析检测与数字化技术方向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方法治理信号：mNGS的信息可比性进入文件编制阶段。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五、绿色转型、包装与资源循环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六、趋势证据跟踪与待验证议题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待验证议题：关注投票文本和后续方法征集，保持阶段区分。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本期于2026年10月12日编制，收录5条在原窗口内公开并核验的信号。关注敏感人群污染物暴露、批次回收、气候风险模型及检测信息规范。条目均为单项可追溯信号；技术应用和产业趋势判断保留后续验证条件。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一、食品安全新风险与弱信号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深海鱼消费提示把鱼种选择与敏感人群暴露放在一起评估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中国内地｜2026年10月5日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国家食品安全风险评估中心发布深海鱼类消费提示，回应近期媒体关于婴幼儿食用银鳕鱼后血汞异常的报道。提示指出，鱼类营养收益与汞暴露需要一起评估；大型肉食性鱼类往往具有更高的甲基汞蓄积，孕哺期妇女及婴幼儿尤其应注意鱼种选择和长期食用频次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证据判断：这是官方风险交流节点，媒体报道的个案因果及涉事产品合规性并未在本文中得到确认。技术关注可落在原料物种身份、来源和污染物检测口径，以及产品实际适用人群；对不同类别的限量，应回到现行标准及其适用范围核对。下一验证点是可追溯批次检测与后续官方调查，不能由单一提示推算市场污染率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国家食品安全风险评估中心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法国进口卡芒贝尔芝士因疑似STEC污染在香港回收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中国香港｜2026年10月7日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香港食物安全中心依据欧盟食品和饲料快速预警系统通报，发布法国进口预先包装芝士回收警报：Camembert Bertrand Crémier，250克，批次232511，此日期或之前食用为2026年10月17日。初步调查确认进口商曾进口受影响批次；进口商已按中心指示停售、下架并展开回收。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证据判断：警报使用“可能受产志贺毒素大肠杆菌污染”的表述，调查仍在继续。供应链核查应以产品及批次匹配、库存流向和回收记录为主，检测方案应结合适用产品与靶标。单次回收属于风险信号，不能外推全部法国芝士或乳品的污染程度；后续关注受影响范围及回收闭环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香港食物安全中心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三、消费与供应链数据观察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改进小麦模型提示复合高温干旱的供应链风险需单独识别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国际研究｜2026年10月8日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Nature Food发表小麦生产模型研究，联合改进模型结构与参数，以10公里分辨率重现极端天气对全球小麦生产力的影响。公开摘要报告，在1981—2015年历史模拟中，干旱、热浪及两者复合事件对应的全球平均产量损失分别为9.7%、5.8%和13.3%；灌溉的缓冲作用随灾害增强而减弱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证据判断：上述数值是研究模型在特定历史时期的估计，并非2026年当季减产统计或价格预测。本期核验到出版社公开摘要，未取得订阅全文。采购和供应链情景评估可把复合天气单列，进一步用实际采购区域、作物季和水资源条件检验适用性；下一验证点是区域独立回测及真实产量数据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Nature Food原始研究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四、分析检测与数字化技术方向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AOAC启动食品mNGS最低信息文件工作组专家征集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国际方法组织｜2026年10月7日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 INTERNATIONAL征集专家参与食品宏基因组测序（mNGS）工作组，任务是制定最低信息文件，申请截止日为11月2日。当前节点反映其开始组织食品mNGS信息规范工作；公告没有提供已定稿的文件、具体方法性能要求或正式认可的检测方法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技术判断：检测结果可比性与过程信息的完整记录值得提前关注。实验室可先梳理样品及前处理、测序和分析流程的可追溯记录，再跟踪工作组公开稿、征求意见和验证要求；这些是本刊建议，并非公告已规定的必填字段。成熟度保持为文件开发信号，后续发布的内容才是判断方法治理进展的依据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 INTERNATIONAL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六、趋势证据跟踪与待验证议题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真菌毒素SMPR拟于10月21日启动共识投票，定稿状态待跟踪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国际方法组织｜2026年10月7日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AOAC公告安排于10月21日举行Novel Foods项目利益相关方会议，拟在会上开启食品和饲料中真菌毒素标准方法性能要求（SMPR）的共识投票，投票期为10天，并介绍后续方法征集。会议注册截止时间为10月20日17:00（美国东部夏令时间）。本期收录的是10月7日公开的安排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证据判断：截至本刊窗口结束，公告支持的是待投票节点，不能写成SMPR已获通过或某检测方法已被采用。后续应核对投票文本的靶标、基质、性能指标和状态，以及正式方法征集是否启动；“Novel Foods”项目名称也不能替代不同法域的新食品准入判断。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 INTERNATIONAL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期按公开日期收录；活动日期及研究历史时期另列。34个计划来源均保留处置证据，卫健委政策文件与工作动态分别完成窗口核验；部分普通来源访问受限、目录不完整或处于共享冷却，不能视为全部扫描成功。未核得安全窗口时刻的边界日材料、只有目录而无原文的结论不入刊。研究仅采用已公开证据，风险信号不推算总体发生率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趋势热点资讯周报（内部测试版）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saveSubsetFonts w:val="false"/>
  <w:embedTrueTypeFonts w:val="false"/>
  <w:embedSystem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cfsa.net.cn/fxjl/zsyd/2026/17325.shtml" TargetMode="External"/><Relationship Id="rIdNewsletterSource2" Type="http://schemas.openxmlformats.org/officeDocument/2006/relationships/hyperlink" Target="https://www.cfs.gov.hk/sc_chi/whatsnew/whatsnew_fa/2026_631.html" TargetMode="External"/><Relationship Id="rIdNewsletterSource3" Type="http://schemas.openxmlformats.org/officeDocument/2006/relationships/hyperlink" Target="https://www.nature.com/articles/s43016-026-01432-y" TargetMode="External"/><Relationship Id="rIdNewsletterSource4" Type="http://schemas.openxmlformats.org/officeDocument/2006/relationships/hyperlink" Target="https://www.aoac.org/news/call-for-volunteers-mngs-for-food/" TargetMode="External"/><Relationship Id="rIdNewsletterSource5" Type="http://schemas.openxmlformats.org/officeDocument/2006/relationships/hyperlink" Target="https://www.aoac.org/news/register-for-the-novel-foods-stakeholder-meeting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趋势热点资讯周报（内部测试版）</dc:title>
  <dc:subject>2026年10月2日16:30至10月9日16:30（北京时间）</dc:subject>
  <dc:creator/>
  <cp:keywords/>
  <dc:description/>
  <cp:lastModifiedBy/>
  <cp:revision>1</cp:revision>
  <dcterms:created xsi:type="dcterms:W3CDTF">2026-10-12T01:09:47Z</dcterms:created>
  <dcterms:modified xsi:type="dcterms:W3CDTF">2026-10-12T01:09:47Z</dcterms:modified>
  <cp:category/>
</cp:coreProperties>
</file>